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240BA" w14:textId="77777777" w:rsidR="00B17F2E" w:rsidRDefault="003B0795">
      <w:pPr>
        <w:pStyle w:val="Heading1"/>
      </w:pPr>
      <w:r>
        <w:t>Meeting Transcript (Teams Smartboard contributions removed)</w:t>
      </w:r>
    </w:p>
    <w:p w14:paraId="0E2A10CA" w14:textId="77777777" w:rsidR="00B17F2E" w:rsidRDefault="003B0795">
      <w:r>
        <w:t>So we do the stakeholder map first and then I don't know how you can do it, but well, this is kind of a this is I don't know who the financial stakeholders are. OK, let's stop that. So we've got this one. We've got. Ohh, developer, yeah, we've got the transmission of the...</w:t>
      </w:r>
    </w:p>
    <w:p w14:paraId="7ED2DA77" w14:textId="77777777" w:rsidR="00B17F2E" w:rsidRDefault="003B0795">
      <w:r>
        <w:t>Viability, viability, absolutely, that's that was the word viability.</w:t>
      </w:r>
    </w:p>
    <w:p w14:paraId="7A13F333" w14:textId="77777777" w:rsidR="00B17F2E" w:rsidRDefault="003B0795">
      <w:r>
        <w:t>And then we've got planning. Yeah, planning. Yeah. Should we just call it regulatory?</w:t>
      </w:r>
    </w:p>
    <w:p w14:paraId="6A65E1FD" w14:textId="77777777" w:rsidR="00B17F2E" w:rsidRDefault="003B0795">
      <w:r>
        <w:t>So those are kind of the stages that we, in that meeting, went through. And then, yes, I think we should start to try and populate this to find out actually who the stakeholders are. So we need to look at the risk and social value in each of those stages and then try and work out how that time frame fits. Yeah. But if this doesn't work for you and you think there's a different way. No, I'm just thinking, actually, if you do the...</w:t>
      </w:r>
    </w:p>
    <w:p w14:paraId="619B877E" w14:textId="77777777" w:rsidR="00B17F2E" w:rsidRDefault="003B0795">
      <w:r>
        <w:t>So, for each of it, so for each of these.</w:t>
      </w:r>
    </w:p>
    <w:p w14:paraId="26A9CBC9" w14:textId="77777777" w:rsidR="00B17F2E" w:rsidRDefault="003B0795">
      <w:r>
        <w:t>Is it possible? Yeah.</w:t>
      </w:r>
    </w:p>
    <w:p w14:paraId="5AFB9DC8" w14:textId="77777777" w:rsidR="00B17F2E" w:rsidRDefault="003B0795">
      <w:r>
        <w:t>Into that Barsley Paul poop.</w:t>
      </w:r>
    </w:p>
    <w:p w14:paraId="01E0F19A" w14:textId="77777777" w:rsidR="00B17F2E" w:rsidRDefault="003B0795">
      <w:r>
        <w:t>Is risk of social value? So that's what we were saying. We're going to try and see what's going through and whether...</w:t>
      </w:r>
    </w:p>
    <w:p w14:paraId="2DA162A9" w14:textId="77777777" w:rsidR="00B17F2E" w:rsidRDefault="003B0795">
      <w:r>
        <w:t>that is by any chance linked to that or not. Right, I've got. I mean in in my. Head just wondering.</w:t>
      </w:r>
    </w:p>
    <w:p w14:paraId="2352AC57" w14:textId="77777777" w:rsidR="00B17F2E" w:rsidRDefault="003B0795">
      <w:r>
        <w:t>Get your chance with the pen and cake.</w:t>
      </w:r>
    </w:p>
    <w:p w14:paraId="35AA3FE7" w14:textId="77777777" w:rsidR="00B17F2E" w:rsidRDefault="003B0795">
      <w:r>
        <w:t>Yeah, good. I'm just gonna go right.</w:t>
      </w:r>
    </w:p>
    <w:p w14:paraId="5F624088" w14:textId="77777777" w:rsidR="00B17F2E" w:rsidRDefault="003B0795">
      <w:r>
        <w:t>But that gives you undoing portions, so you do realize. No, go, go on red, go on red, go on red, go on, go on, go on. No, that's what I was thinking is, you know, almost we do a...</w:t>
      </w:r>
    </w:p>
    <w:p w14:paraId="57528369" w14:textId="77777777" w:rsidR="00B17F2E" w:rsidRDefault="003B0795">
      <w:r>
        <w:t>Timeline. Press, press, got no stop.</w:t>
      </w:r>
    </w:p>
    <w:p w14:paraId="13884377" w14:textId="77777777" w:rsidR="00B17F2E" w:rsidRDefault="003B0795">
      <w:r>
        <w:t>Ohh. And then if you press send, is this one? I just got to go at the end of the pen. We're all learning together, aren't we? Every day is a school day here. Okay.</w:t>
      </w:r>
    </w:p>
    <w:p w14:paraId="6D90EA6B" w14:textId="77777777" w:rsidR="00B17F2E" w:rsidRDefault="003B0795">
      <w:r>
        <w:t>I'm almost saying let's take a step back and populate a project timeline first.</w:t>
      </w:r>
    </w:p>
    <w:p w14:paraId="48DE5BFF" w14:textId="77777777" w:rsidR="00B17F2E" w:rsidRDefault="003B0795">
      <w:r>
        <w:t>Well, I kind of need to see that bit, but that's fine. Can you spell back down? Yeah, I'm just going because I'm just going to.</w:t>
      </w:r>
    </w:p>
    <w:p w14:paraId="157C154A" w14:textId="77777777" w:rsidR="00B17F2E" w:rsidRDefault="003B0795">
      <w:r>
        <w:t>You almost need to overlay the, what I'm thinking is you overlay the project timeline over this to say what steps in on the end of this. Yes, absolutely. Because that will define the hook. It's sort of, yeah, it's sort of at the moment, it's sort of.</w:t>
      </w:r>
    </w:p>
    <w:p w14:paraId="20241489" w14:textId="77777777" w:rsidR="00B17F2E" w:rsidRDefault="003B0795">
      <w:r>
        <w:lastRenderedPageBreak/>
        <w:t xml:space="preserve">And the biggest </w:t>
      </w:r>
      <w:proofErr w:type="gramStart"/>
      <w:r>
        <w:t>point in</w:t>
      </w:r>
      <w:proofErr w:type="gramEnd"/>
      <w:r>
        <w:t xml:space="preserve"> there is construction in the middle. Oh, yes, because that's... Okay, so bunk construction in. There we do.</w:t>
      </w:r>
    </w:p>
    <w:p w14:paraId="51818ADF" w14:textId="77777777" w:rsidR="00B17F2E" w:rsidRDefault="003B0795">
      <w:r>
        <w:t>Right, so we got the. So that's the time frame. You could actually write, you can actually write the numbers in terms of. Well, that would be a good idea. Yeah, that'll vary as well. So because finance goes is almost, it's almost overarching, isn't it? So you won't. But that's the question I have for you. OK, well, and I can show you what I'm going to.</w:t>
      </w:r>
    </w:p>
    <w:p w14:paraId="1195B931" w14:textId="77777777" w:rsidR="00B17F2E" w:rsidRDefault="003B0795">
      <w:r>
        <w:t xml:space="preserve">So, but </w:t>
      </w:r>
      <w:proofErr w:type="gramStart"/>
      <w:r>
        <w:t>the nine</w:t>
      </w:r>
      <w:proofErr w:type="gramEnd"/>
      <w:r>
        <w:t xml:space="preserve"> years would have been at this point, so it's nine years.</w:t>
      </w:r>
    </w:p>
    <w:p w14:paraId="37EE5AA7" w14:textId="77777777" w:rsidR="00B17F2E" w:rsidRDefault="003B0795">
      <w:r>
        <w:t>From here.</w:t>
      </w:r>
    </w:p>
    <w:p w14:paraId="4E1887F1" w14:textId="77777777" w:rsidR="00B17F2E" w:rsidRDefault="003B0795">
      <w:r>
        <w:t>Yeah. This can be anywhere between for a project that size to get the funding and everything would have taken at least three to four to five years even. So let's go on the side of portion saying some ideas because it would have started with land acquisition and permissions back in 2005.</w:t>
      </w:r>
    </w:p>
    <w:p w14:paraId="1E240923" w14:textId="77777777" w:rsidR="00B17F2E" w:rsidRDefault="003B0795">
      <w:r>
        <w:t>because that's when it kind of kicked off.</w:t>
      </w:r>
    </w:p>
    <w:p w14:paraId="677F3C5C" w14:textId="77777777" w:rsidR="00B17F2E" w:rsidRDefault="003B0795">
      <w:r>
        <w:t>Well, even before then, because if it started with somebody getting an idea of acquiring some land, exactly, yeah, and to then get the funding to land, because you have this with that pre-funding. requirements start to come in now. You almost have a section of us here, which will be about right pre Monday. Funding the finance that's needed. So, does pre-funding have any social value in there at all? No, it'll have requirements in there.</w:t>
      </w:r>
    </w:p>
    <w:p w14:paraId="173B7B8D" w14:textId="77777777" w:rsidR="00B17F2E" w:rsidRDefault="003B0795">
      <w:r>
        <w:t>sort of requirements. So it depends on the source of the funds and which pot you're going to get the money from will have limited. So if it's pension funds, they will have ESG requirements. They'll have to then this finance a way it's dispersed across the hoops that are set will be defined</w:t>
      </w:r>
    </w:p>
    <w:p w14:paraId="5FFF99CD" w14:textId="77777777" w:rsidR="00B17F2E" w:rsidRDefault="003B0795">
      <w:r>
        <w:t>By this, so this is almost. to kind of show it in a slightly different way.</w:t>
      </w:r>
    </w:p>
    <w:p w14:paraId="6BBC358C" w14:textId="77777777" w:rsidR="00B17F2E" w:rsidRDefault="003B0795">
      <w:r>
        <w:t>It's kind of shaping all of this.</w:t>
      </w:r>
    </w:p>
    <w:p w14:paraId="2E5F212A" w14:textId="77777777" w:rsidR="00B17F2E" w:rsidRDefault="003B0795">
      <w:r>
        <w:t>It's almost doing that. The rules of the game sort of thing, isn't it? The rules of the game, Pippa.</w:t>
      </w:r>
    </w:p>
    <w:p w14:paraId="128811EA" w14:textId="77777777" w:rsidR="00B17F2E" w:rsidRDefault="003B0795">
      <w:r>
        <w:t>Of the game, rules of engagement, rules of game. We're into sporting analogies here. We've had a load of sporting analogies. Went to see what the play would do, best players were, how the players would enter and leave the process, who would get sent off with a red card. And then revolt back because of what it did. We would press the notes. I would appeal. I mean, I just I mean to Donny. Donny does it.</w:t>
      </w:r>
    </w:p>
    <w:p w14:paraId="092406B1" w14:textId="77777777" w:rsidR="00B17F2E" w:rsidRDefault="003B0795">
      <w:r>
        <w:t xml:space="preserve">So the pre-funding is vital, isn't it? Really setting the tone of what a development 15 years down the road could look like. It almost defines it because, I mean, is that pre-funding ever revisited in some way? Because obviously what we use social value now, It's completely different than probably 20 years ago. Yes. So, how up to date is it for an account? It's not </w:t>
      </w:r>
      <w:r>
        <w:lastRenderedPageBreak/>
        <w:t>scrolling, you think? I love it. Let's start. I think it's going to have one of these in his in his office when we go to his house, isn't it? Anyone, this is something immediately can play with. I don't really worry about it.</w:t>
      </w:r>
    </w:p>
    <w:p w14:paraId="46216F1F" w14:textId="77777777" w:rsidR="00B17F2E" w:rsidRDefault="003B0795">
      <w:r>
        <w:t>Going on my walls, shopping list. As a matter of fact, when she comes to doing maths, or plotting out essays, this is just, yeah, or pretty writing. Good. Not doing pretty writing. I'm going to start with.</w:t>
      </w:r>
    </w:p>
    <w:p w14:paraId="0BB0C24B" w14:textId="77777777" w:rsidR="00B17F2E" w:rsidRDefault="003B0795">
      <w:r>
        <w:t>Bagaeen. Isn't it? It's just renting.</w:t>
      </w:r>
    </w:p>
    <w:p w14:paraId="6E236E5B" w14:textId="77777777" w:rsidR="00B17F2E" w:rsidRDefault="003B0795">
      <w:r>
        <w:t>Holders.</w:t>
      </w:r>
    </w:p>
    <w:p w14:paraId="604D8B53" w14:textId="77777777" w:rsidR="00B17F2E" w:rsidRDefault="003B0795">
      <w:r>
        <w:t>Is that question about how this sets the rules? Yeah, it's quite key because that sets the ESC requirements as to how it's dispersed. The question about how this changes, you that's pre-funding, then it's funding and then you have.</w:t>
      </w:r>
    </w:p>
    <w:p w14:paraId="19E6C925" w14:textId="77777777" w:rsidR="00B17F2E" w:rsidRDefault="003B0795">
      <w:r>
        <w:t>debt funding. Because essentially, that's not going to be enough because inflation, yeah, yeah, yeah. That funding will spend, will just decide how it's been, when it's spent. Then you'll end up with the debt funding where you will have to go for intermediate funding capital releases.</w:t>
      </w:r>
    </w:p>
    <w:p w14:paraId="45BF49B0" w14:textId="77777777" w:rsidR="00B17F2E" w:rsidRDefault="003B0795">
      <w:r>
        <w:t>based on which phase of the project and they will have their own requirements. So essentially what I'm saying is if this sets you down a pathway going that way.</w:t>
      </w:r>
    </w:p>
    <w:p w14:paraId="567AB615" w14:textId="77777777" w:rsidR="00B17F2E" w:rsidRDefault="003B0795">
      <w:r>
        <w:t>This one will almost borrow something and do that.</w:t>
      </w:r>
    </w:p>
    <w:p w14:paraId="3CA838F8" w14:textId="77777777" w:rsidR="00B17F2E" w:rsidRDefault="003B0795">
      <w:r>
        <w:t>and this will effectively get something come in.</w:t>
      </w:r>
    </w:p>
    <w:p w14:paraId="1C9E46CE" w14:textId="77777777" w:rsidR="00B17F2E" w:rsidRDefault="003B0795">
      <w:r>
        <w:t>To fill the gaps in that. Yeah, so to fill that gap, which might happen and your habits carry on. So this is going to draw down for it. But that kind of gives you the financial framework.</w:t>
      </w:r>
    </w:p>
    <w:p w14:paraId="7F0F15F6" w14:textId="77777777" w:rsidR="00B17F2E" w:rsidRDefault="003B0795">
      <w:r>
        <w:t>Which will sit, so are the... Rules of engagement, the rules of the game.</w:t>
      </w:r>
    </w:p>
    <w:p w14:paraId="00CA895D" w14:textId="77777777" w:rsidR="00B17F2E" w:rsidRDefault="003B0795">
      <w:r>
        <w:t>All the pre funding. Is that the same for every institution or do different institutions have different rules? Can you tell me what those might be, please? So you'll have so particularly because we're focusing on social value and ESG in general, you have. The.</w:t>
      </w:r>
    </w:p>
    <w:p w14:paraId="75046629" w14:textId="77777777" w:rsidR="00B17F2E" w:rsidRDefault="003B0795">
      <w:r>
        <w:t>Minimum Standards.</w:t>
      </w:r>
    </w:p>
    <w:p w14:paraId="008D5715" w14:textId="77777777" w:rsidR="00B17F2E" w:rsidRDefault="003B0795">
      <w:r>
        <w:t>This is OBSP. Yes, so you have certification requirements.</w:t>
      </w:r>
    </w:p>
    <w:p w14:paraId="49528351" w14:textId="77777777" w:rsidR="00B17F2E" w:rsidRDefault="003B0795">
      <w:r>
        <w:t>In terms of what?</w:t>
      </w:r>
    </w:p>
    <w:p w14:paraId="7D84873A" w14:textId="77777777" w:rsidR="00B17F2E" w:rsidRDefault="003B0795">
      <w:r>
        <w:t>I have 3M. So, for pre-funding, the pre-funders will say we won't bring out excellent buildings. Yeah, otherwise we won't give 20 years down the track. We won't give you capital because that's the that's the this is where it's weird because these are effectively the rules of now for the rules of the future. That is one of the biggest problems with this issue is we are applying rules of the now.</w:t>
      </w:r>
    </w:p>
    <w:p w14:paraId="6044A857" w14:textId="77777777" w:rsidR="00B17F2E" w:rsidRDefault="003B0795">
      <w:r>
        <w:lastRenderedPageBreak/>
        <w:t>because that's your minimum standard requirements to achieve buildings of the future. Now, some of them would have, because it depends on pension fund and pension fund. So if you're going for a pension fund, because they've, the reason I say pension funds, because they are the primary source of these big developments for capital. And they all have very strict requirements because they have to be</w:t>
      </w:r>
    </w:p>
    <w:p w14:paraId="44FAFD94" w14:textId="77777777" w:rsidR="00B17F2E" w:rsidRDefault="003B0795">
      <w:r>
        <w:t>of a certain type of investment, which means they have to be on the medium or lower risk, which means one of the ways to manage that risk is make sure that the buildings have green certification, they are up to building rigs and they have, depending on what fund it is, it'll have social value funds. So can you expand a little bit about how those social value requirements might vary the either the funder?</w:t>
      </w:r>
    </w:p>
    <w:p w14:paraId="6BDEE6C9" w14:textId="77777777" w:rsidR="00B17F2E" w:rsidRDefault="003B0795">
      <w:r>
        <w:t>or with the type of investment. Oh, that is a whole.</w:t>
      </w:r>
    </w:p>
    <w:p w14:paraId="6148ACEC" w14:textId="77777777" w:rsidR="00B17F2E" w:rsidRDefault="003B0795">
      <w:r>
        <w:t>I mean, I can give an example of it. I think of a good one, so...</w:t>
      </w:r>
    </w:p>
    <w:p w14:paraId="3C1EB5F9" w14:textId="77777777" w:rsidR="00B17F2E" w:rsidRDefault="003B0795">
      <w:r>
        <w:t>Some of them will say blanket statements such as...</w:t>
      </w:r>
    </w:p>
    <w:p w14:paraId="0137DBF1" w14:textId="77777777" w:rsidR="00B17F2E" w:rsidRDefault="003B0795">
      <w:r>
        <w:t>Little or no social impact.</w:t>
      </w:r>
    </w:p>
    <w:p w14:paraId="56FD4ECB" w14:textId="77777777" w:rsidR="00B17F2E" w:rsidRDefault="003B0795">
      <w:r>
        <w:t>negative impact managing that. One would be, you know, delivery of X number of social value requirements that we've got, such as protected schooling for girls. You know, if a big development like Brent Cross or the rest should have had something about</w:t>
      </w:r>
    </w:p>
    <w:p w14:paraId="4EC49BF6" w14:textId="77777777" w:rsidR="00B17F2E" w:rsidRDefault="003B0795">
      <w:r>
        <w:t>safe walking spaces for pedestrians, pedestrian access points, local industry growth, those sort of things will be kind of set, but again, can vary from investor. Set by the investor. So the investor has a set of pre-funding rules that includes social value.</w:t>
      </w:r>
    </w:p>
    <w:p w14:paraId="67A005FB" w14:textId="77777777" w:rsidR="00B17F2E" w:rsidRDefault="003B0795">
      <w:r>
        <w:t>Yes. That the people sign up to. There'll basically be an ESG framework that a requirement list that I'll have to achieve. Now it can be from a base one. A base one would be Dupri and two building regs, that's it, to something that more evolved, which would be the impact investment side. We'll go, right, we want social impact of this.</w:t>
      </w:r>
    </w:p>
    <w:p w14:paraId="01125151" w14:textId="77777777" w:rsidR="00B17F2E" w:rsidRDefault="003B0795">
      <w:r>
        <w:t>a sort of ROI of this and so that it can be so sorry. So if it was like the better example, rather than building regs and you know, is that finance more expensive than this finance?</w:t>
      </w:r>
    </w:p>
    <w:p w14:paraId="36C64FD1" w14:textId="77777777" w:rsidR="00B17F2E" w:rsidRDefault="003B0795">
      <w:r>
        <w:t>I'm guessing just simply. No. It depends. I don't think it's more expensive. The expense side is somewhere it will probably pop up.</w:t>
      </w:r>
    </w:p>
    <w:p w14:paraId="70F0D207" w14:textId="77777777" w:rsidR="00B17F2E" w:rsidRDefault="003B0795">
      <w:r>
        <w:t>Pop up. That one. You're in trouble. You're in trouble with that one. That's all right. No, that disappears too. Was it? Very useless. Yeah. We were playing this early, you see? Yeah, right. Yeah, which one? So, essentially, what you're gonna end up with on that on that point is it'll be down to where those elements are being dispersed.</w:t>
      </w:r>
    </w:p>
    <w:p w14:paraId="61B63853" w14:textId="77777777" w:rsidR="00B17F2E" w:rsidRDefault="003B0795">
      <w:r>
        <w:t>So, if what you're going to end up there with is, I will have the question again, it just blanked on my mind. No, I think the question is, is your, is your...</w:t>
      </w:r>
    </w:p>
    <w:p w14:paraId="269BA3A4" w14:textId="77777777" w:rsidR="00B17F2E" w:rsidRDefault="003B0795">
      <w:r>
        <w:t>Are the terms of your finance?</w:t>
      </w:r>
    </w:p>
    <w:p w14:paraId="3BE19C1A" w14:textId="77777777" w:rsidR="00B17F2E" w:rsidRDefault="003B0795">
      <w:r>
        <w:lastRenderedPageBreak/>
        <w:t>Likely to be higher if you produce a lower specification, so if the risk is presumably greater because you've only got some very small. Do the standards and do Bree and whatever. The risk is presumably higher than it would be if you were specifying something to be.</w:t>
      </w:r>
    </w:p>
    <w:p w14:paraId="592E5CE6" w14:textId="77777777" w:rsidR="00B17F2E" w:rsidRDefault="003B0795">
      <w:r>
        <w:t>money for less interest if you do the things correctly because you're managing their risk down in their investment. So that point of view is right, that if they produce a higher spec effectively of what they want, they will give you better terms because that risk is more defined. And you're signing up for it.</w:t>
      </w:r>
    </w:p>
    <w:p w14:paraId="62AEBA05" w14:textId="77777777" w:rsidR="00B17F2E" w:rsidRDefault="003B0795">
      <w:r>
        <w:t>And the disbursement of that risk, it'll be done at these points down here. Interesting, because I think there's then more to manage, more to go wrong. So for the developer, etc. Yeah. So for the developer, right, so the risk is different. What's not a risk for one and then becomes the risk for the other. Because it almost works this way.</w:t>
      </w:r>
    </w:p>
    <w:p w14:paraId="6423432E" w14:textId="77777777" w:rsidR="00B17F2E" w:rsidRDefault="003B0795">
      <w:r>
        <w:t>is fascinating. They benefit. They will benefit. These are the funders. Yeah, the funding mechanism or the funding instrument will benefit from a more robust rules of the game. So a question before you fly on is, would it be at all possible?</w:t>
      </w:r>
    </w:p>
    <w:p w14:paraId="37D53518" w14:textId="77777777" w:rsidR="00B17F2E" w:rsidRDefault="003B0795">
      <w:r>
        <w:t>For you to be able to give us examples, not necessarily named, or...</w:t>
      </w:r>
    </w:p>
    <w:p w14:paraId="0962BD74" w14:textId="77777777" w:rsidR="00B17F2E" w:rsidRDefault="003B0795">
      <w:r>
        <w:t>Different institutional requirements. Yes. For pre-funding. Yes. So a pension, a typical pension funds requirement, a typical. I can do that on the next round. So if you can do that, that gives us data. Because I can give you what your high street banks will use.</w:t>
      </w:r>
    </w:p>
    <w:p w14:paraId="2C0AB58D" w14:textId="77777777" w:rsidR="00B17F2E" w:rsidRDefault="003B0795">
      <w:r>
        <w:t>versus an LNG would give you. Yes. Versus what a nest would give you. Yes. and so and so forth. So, and the next question which is related to that is, where do you as a consultant fit into this? I'll come to that one after I do that bit, because I think it, because it's kind of weird because my role seems to be evolving as these rules keep evolving.</w:t>
      </w:r>
    </w:p>
    <w:p w14:paraId="31E3B4B8" w14:textId="77777777" w:rsidR="00B17F2E" w:rsidRDefault="003B0795">
      <w:r>
        <w:t>So my role is changing significantly from where I was five years ago. Because we did say that we're going to do the lens of. Yeah, and the consultant is now coming in into these cycles, whereas earlier the consultant was down here. Into the developments. Yes, and I've actually got an active case for this one as well. at the moment where I'm helping on that and I can give you the example of that. So what I was going to say is the benefit of this in terms of basis points and better terms of release of capital</w:t>
      </w:r>
      <w:r>
        <w:t xml:space="preserve"> is for the funding. So this is down, the developer will get money at a more beneficial term.</w:t>
      </w:r>
    </w:p>
    <w:p w14:paraId="0798D029" w14:textId="77777777" w:rsidR="00B17F2E" w:rsidRDefault="003B0795">
      <w:r>
        <w:t>and the rest. They'll transfer that risk into a development company. Usually, we'll have to go and cheque the company's house records for this. For Brent House, I don't think Related Argent stayed on top of it all the way through. Related Argent would have created development companies underneath them to do sections of that development.</w:t>
      </w:r>
    </w:p>
    <w:p w14:paraId="0C767C28" w14:textId="77777777" w:rsidR="00B17F2E" w:rsidRDefault="003B0795">
      <w:r>
        <w:t>To ensure that.</w:t>
      </w:r>
    </w:p>
    <w:p w14:paraId="3885B40B" w14:textId="77777777" w:rsidR="00B17F2E" w:rsidRDefault="003B0795">
      <w:r>
        <w:t>What they do then with that purpose is they'll transfer it.</w:t>
      </w:r>
    </w:p>
    <w:p w14:paraId="7C58D598" w14:textId="77777777" w:rsidR="00B17F2E" w:rsidRDefault="003B0795">
      <w:r>
        <w:lastRenderedPageBreak/>
        <w:t>using a mechanism for debt funding onto the development companies. So they get initial funding. Yes. They parcel it up into different...</w:t>
      </w:r>
    </w:p>
    <w:p w14:paraId="770732FC" w14:textId="77777777" w:rsidR="00B17F2E" w:rsidRDefault="003B0795">
      <w:r>
        <w:t>Development companies and the development companies then take the risk for getting enough funding to complete their part. Exactly. And what's the mechanism that goes back? I'm probably jumping. So you've got all these different companies producing parts of the plan, which then have to be...</w:t>
      </w:r>
    </w:p>
    <w:p w14:paraId="6A3BD6AB" w14:textId="77777777" w:rsidR="00B17F2E" w:rsidRDefault="003B0795">
      <w:r>
        <w:t>reported back to the funding organisations so that they continue to release capital.</w:t>
      </w:r>
    </w:p>
    <w:p w14:paraId="14A75855" w14:textId="77777777" w:rsidR="00B17F2E" w:rsidRDefault="003B0795">
      <w:r>
        <w:t>Now, so, so that's things, that's where this this mechanism comes in, because that is done through debt funding. So, essentially, what will happen is this, the development company here, if I actually was overlay some.</w:t>
      </w:r>
    </w:p>
    <w:p w14:paraId="72F4722B" w14:textId="77777777" w:rsidR="00B17F2E" w:rsidRDefault="003B0795">
      <w:r>
        <w:t>Once developer partner, development companies. So essentially this is just kind of risk profiling this down. So what happened is through debt funding, at various points of the development, they will come to a stage where they say, right, we need more capital because we now need to do this.</w:t>
      </w:r>
    </w:p>
    <w:p w14:paraId="26CCCBCA" w14:textId="77777777" w:rsidR="00B17F2E" w:rsidRDefault="003B0795">
      <w:r>
        <w:t>Which will be, more importantly, if I do this along the side, this. That would be straight. Ohh, I didn't do the correction. You probably have to press a button for that, but we're not going to do that. I can carry on yet. Essentially, what happened is...</w:t>
      </w:r>
    </w:p>
    <w:p w14:paraId="19B2DB14" w14:textId="77777777" w:rsidR="00B17F2E" w:rsidRDefault="003B0795">
      <w:r>
        <w:t>If I draw, if I say this is year one of when the development has started, this will be at various points of that development. And essentially at that point, what they're doing is, I need more capital. Can you provide it? Yes, we've got that installed. Fine, you can have this, but these are the terms that need to be fed back.</w:t>
      </w:r>
    </w:p>
    <w:p w14:paraId="7D8B47CF" w14:textId="77777777" w:rsidR="00B17F2E" w:rsidRDefault="003B0795">
      <w:r>
        <w:t>So a question. That debt funding, where does that money come from? So that money will. And does that money carry the same conditions for social value?</w:t>
      </w:r>
    </w:p>
    <w:p w14:paraId="634EBD38" w14:textId="77777777" w:rsidR="00B17F2E" w:rsidRDefault="003B0795">
      <w:r>
        <w:t>Yes and no.</w:t>
      </w:r>
    </w:p>
    <w:p w14:paraId="5EBDF245" w14:textId="77777777" w:rsidR="00B17F2E" w:rsidRDefault="003B0795">
      <w:r>
        <w:t>Because if it's coming from this original part, it'll have the original conditions attached, of course, right? If it's not, which usually tends to be right, we're going to go to a high street bank lender, it gets value to dump. To what? Whatever the high street bank. Which is likely to be. So for example, what happened straight away is you probably reverted back to minimum standards.</w:t>
      </w:r>
    </w:p>
    <w:p w14:paraId="3804349B" w14:textId="77777777" w:rsidR="00B17F2E" w:rsidRDefault="003B0795">
      <w:r>
        <w:t>Now, this is where the disconnect starts to happen. And this is, this is what this is what's just come to light on a recent project of mine. I went, hang on a minute, this is the reason why it's failing repeatedly. So, so you've already got a project with three different boxes of funding, all with three different requirements, and it's, and now, if I ask you if I basically have got a...</w:t>
      </w:r>
    </w:p>
    <w:p w14:paraId="1462FB99" w14:textId="77777777" w:rsidR="00B17F2E" w:rsidRDefault="003B0795">
      <w:r>
        <w:t xml:space="preserve">Use a bucket analogy here. I filled it up with water and I'm basically saying the water in the bottom has that condition, the water in the middle has that condition, and the water on the </w:t>
      </w:r>
      <w:r>
        <w:lastRenderedPageBreak/>
        <w:t>top has that condition. Shake the bucket up. I don't know, in a little mug that's going to take the water out, I don't know what conditions they are. So essentially what invariably happens is you revert back</w:t>
      </w:r>
    </w:p>
    <w:p w14:paraId="345AD587" w14:textId="77777777" w:rsidR="00B17F2E" w:rsidRDefault="003B0795">
      <w:r>
        <w:t>to the minimum requirements that kind of map or fall through. So pre-fund says I will pre-fund you. This development is going to take 30 million. Yeah. I'm going to agree in principle that I'm going to load you all the 30 million if you fulfil these conditions and I will release it in these stages. That's optimal.</w:t>
      </w:r>
    </w:p>
    <w:p w14:paraId="1BBE77AF" w14:textId="77777777" w:rsidR="00B17F2E" w:rsidRDefault="003B0795">
      <w:r>
        <w:t>solution. If the pre-fund says, I think this is right, 30 million is too much. I'm going to pre-fund 15 million of this and you can find the rest somewhere else. Yeah.</w:t>
      </w:r>
    </w:p>
    <w:p w14:paraId="75022DAB" w14:textId="77777777" w:rsidR="00B17F2E" w:rsidRDefault="003B0795">
      <w:r>
        <w:t>Or the developer says, actually it was 15 million, but now it's gone up to 20 million. The pre-fund says, actually, I'm not going to give you that. Go find that extra 5 million. That's it. And so.</w:t>
      </w:r>
    </w:p>
    <w:p w14:paraId="6F9EE2B1" w14:textId="77777777" w:rsidR="00B17F2E" w:rsidRDefault="003B0795">
      <w:r>
        <w:t>The extra 5 million doesn't necessarily have any strings attached to it in terms of social value, but the original 15 million does. Yeah. So as you say, what are you going to get? Somebody, somebody has got to kind of use that 5 million, which normally might actually really be 6 million, but you have to save some money to make it down to 5 million. Well, how are you going to save that money while achieving?</w:t>
      </w:r>
    </w:p>
    <w:p w14:paraId="3D6B9DF5" w14:textId="77777777" w:rsidR="00B17F2E" w:rsidRDefault="003B0795">
      <w:r>
        <w:t>more than minimum standards. Because that's the thing. That 5 million, you've had to pick it up at a point because you've actually run out of money to develop the project. So in terms of the developer's mindset, I've got to deploy that 5 million for maximum impact for making the development move forward, which is why I don't want these standards because they have got to create a massive impact.</w:t>
      </w:r>
    </w:p>
    <w:p w14:paraId="64978B01" w14:textId="77777777" w:rsidR="00B17F2E" w:rsidRDefault="003B0795">
      <w:r>
        <w:t>paying for me. So they tend to then focus that money primarily as to the must do issues at that time, which then causes the problem. Where on this time does construction start? So most likely what's happened is this is usually post planning. So this, sorry, for the purposes of the transcript,</w:t>
      </w:r>
    </w:p>
    <w:p w14:paraId="24BC9EC0" w14:textId="77777777" w:rsidR="00B17F2E" w:rsidRDefault="003B0795">
      <w:r>
        <w:t>This is the first involvement of debt funding. Yeah. So this is post planning, mobilising the team into design. So you've got planning permission, you've got consent, which is usually.</w:t>
      </w:r>
    </w:p>
    <w:p w14:paraId="7322E91D" w14:textId="77777777" w:rsidR="00B17F2E" w:rsidRDefault="003B0795">
      <w:r>
        <w:t>For most of the projects of this size, planning would take a year, year and a half. So can you put post planning under that?</w:t>
      </w:r>
    </w:p>
    <w:p w14:paraId="1D55F4AC" w14:textId="77777777" w:rsidR="00B17F2E" w:rsidRDefault="003B0795">
      <w:r>
        <w:t>That's the social impact. That's where the social impact was diluted down. It was like, what, what about the negative social impact you caused? And that's exactly the reason for that cause is because of that very. Sorry, so just to be clear, which one had negative social impact? They both did. They both did. And you're saying that Brent Cross did?</w:t>
      </w:r>
    </w:p>
    <w:p w14:paraId="05983D22" w14:textId="77777777" w:rsidR="00B17F2E" w:rsidRDefault="003B0795">
      <w:r>
        <w:t>Brent Cross actively hit it. If you look at it, it's very, very positive.</w:t>
      </w:r>
    </w:p>
    <w:p w14:paraId="3C6E023D" w14:textId="77777777" w:rsidR="00B17F2E" w:rsidRDefault="003B0795">
      <w:r>
        <w:lastRenderedPageBreak/>
        <w:t>always tends to be very, very good in that sense, and then it starts to dial down towards the other end. So just taking a small detour into social value and social impact.</w:t>
      </w:r>
    </w:p>
    <w:p w14:paraId="6358C389" w14:textId="77777777" w:rsidR="00B17F2E" w:rsidRDefault="003B0795">
      <w:r>
        <w:t>So in the next one, I'll do the funding landscape just to kind of give you an idea of what the requirements might look like. And obviously, we'll have to, you know, kind of go into a bit more detail.</w:t>
      </w:r>
    </w:p>
    <w:p w14:paraId="5F5255C1" w14:textId="77777777" w:rsidR="00B17F2E" w:rsidRDefault="003B0795">
      <w:r>
        <w:t>with some research supporting it, but I can kind of give you a flavour of what they tend to be like. Social impact funding, yes.</w:t>
      </w:r>
    </w:p>
    <w:p w14:paraId="74B0B808" w14:textId="77777777" w:rsidR="00B17F2E" w:rsidRDefault="003B0795">
      <w:r>
        <w:t>pension funding, to a certain extent, institutional funders, to a certain extent, high street lenders, some of them, yes, some of them, no.</w:t>
      </w:r>
    </w:p>
    <w:p w14:paraId="2640E182" w14:textId="0413E80F" w:rsidR="00B17F2E" w:rsidRDefault="003B0795">
      <w:r>
        <w:t>. Right. So just quickly going back to this, you have to record it. I'll be recording it. Yeah.</w:t>
      </w:r>
    </w:p>
    <w:p w14:paraId="22180C86" w14:textId="77777777" w:rsidR="00B17F2E" w:rsidRDefault="003B0795">
      <w:r>
        <w:t>The debt funding, going back to the question of when it is most often than not used is at this point, which is</w:t>
      </w:r>
    </w:p>
    <w:p w14:paraId="0FA5316C" w14:textId="77777777" w:rsidR="00B17F2E" w:rsidRDefault="003B0795">
      <w:r>
        <w:t>just pre-construction.</w:t>
      </w:r>
    </w:p>
    <w:p w14:paraId="4F65AD50" w14:textId="77777777" w:rsidR="00B17F2E" w:rsidRDefault="003B0795">
      <w:r>
        <w:t>So, pre-funding often lasts until the first burning. Yeah, but most often than not, this is when that will be able to use. through the cycle, it's because at that time, you get actual build costs, inflation would have taken effect. And obviously, depending on what's happening in the world, there will be a risk uplift and contingency uplift that'll happen, which is usually where that debt funding starts to come in. So usually what happens here is</w:t>
      </w:r>
    </w:p>
    <w:p w14:paraId="0AB6AEEE" w14:textId="77777777" w:rsidR="00B17F2E" w:rsidRDefault="003B0795">
      <w:r>
        <w:t>you will either get, depending on your source of that debt funding, if it's one of these high premium ones, you will see that condition coming back there. Or alternatively, this has happened on other jobs.</w:t>
      </w:r>
    </w:p>
    <w:p w14:paraId="1D61A446" w14:textId="77777777" w:rsidR="00B17F2E" w:rsidRDefault="003B0795">
      <w:r>
        <w:t>End up with a different sort of condition coming in there. Ohh, OK. So that point could change the nature of...</w:t>
      </w:r>
    </w:p>
    <w:p w14:paraId="45E7D3AB" w14:textId="77777777" w:rsidR="00B17F2E" w:rsidRDefault="003B0795">
      <w:r>
        <w:t>social value. Is that condition ever more onerous than the free funding? Most often than not is.</w:t>
      </w:r>
    </w:p>
    <w:p w14:paraId="69B01079" w14:textId="77777777" w:rsidR="00B17F2E" w:rsidRDefault="003B0795">
      <w:r>
        <w:t>Oh, because don't forget, and sorry, and who does that liability for to? The development company rather than the development department? That's correct.</w:t>
      </w:r>
    </w:p>
    <w:p w14:paraId="2274EB7E" w14:textId="77777777" w:rsidR="00B17F2E" w:rsidRDefault="003B0795">
      <w:r>
        <w:t>So these, in the interest of keeping commercial risks managed.</w:t>
      </w:r>
    </w:p>
    <w:p w14:paraId="7A7B0C13" w14:textId="77777777" w:rsidR="00B17F2E" w:rsidRDefault="003B0795">
      <w:r>
        <w:t>The relation tends to be as little as possible. So they're very clearly and it happens because you will always, when you're working through these projects, your first, for example, your first invoicing will be to the development partner. Subsequent invoicing that'll start, that'll suddenly come in once the contracts are in place, it'll be through. that because those companies go bust on a regular basis.</w:t>
      </w:r>
    </w:p>
    <w:p w14:paraId="5D8B23CB" w14:textId="77777777" w:rsidR="00B17F2E" w:rsidRDefault="003B0795">
      <w:r>
        <w:t>So.</w:t>
      </w:r>
    </w:p>
    <w:p w14:paraId="3DE91C5B" w14:textId="77777777" w:rsidR="00B17F2E" w:rsidRDefault="003B0795">
      <w:r>
        <w:lastRenderedPageBreak/>
        <w:t>The developer, based on pre-funding requirements, will put certain requirements into their development plan. It goes out to a development company who's got their little parcel of that with those original funding requirements.</w:t>
      </w:r>
    </w:p>
    <w:p w14:paraId="32F1A155" w14:textId="77777777" w:rsidR="00B17F2E" w:rsidRDefault="003B0795">
      <w:r>
        <w:t>They then have to raise more money and that more money might be based on harsher requirements from a debt funder, in which case.</w:t>
      </w:r>
    </w:p>
    <w:p w14:paraId="7AC6FE49" w14:textId="77777777" w:rsidR="00B17F2E" w:rsidRDefault="003B0795">
      <w:r>
        <w:t>The total value of what they are having to build will be higher than was initially estimated. Yes. Because they have to fulfil different functions.</w:t>
      </w:r>
    </w:p>
    <w:p w14:paraId="3F163081" w14:textId="77777777" w:rsidR="00B17F2E" w:rsidRDefault="003B0795">
      <w:r>
        <w:t>And that is actually one of the key project risks that development companies carry forward, because they carry that risk. Yes. Potentially new risk with changing landscape.</w:t>
      </w:r>
    </w:p>
    <w:p w14:paraId="514F939D" w14:textId="77777777" w:rsidR="00B17F2E" w:rsidRDefault="003B0795">
      <w:r>
        <w:t>and at the moment, I'm not even bringing in this also where you've got regulation risk that come in as a third requirement, which changes the nature of what you start to develop in here can dramatically change at this point, because don't forget your building regulations are kind of frozen somewhere here, if you're lucky. If you let this lay for a while, you almost have to request the building regulations guys to say, can we go back to these regulations, please? Or update. So that's another capital risk tha</w:t>
      </w:r>
      <w:r>
        <w:t>t comes in at this point. Right. So.</w:t>
      </w:r>
    </w:p>
    <w:p w14:paraId="74DEC433" w14:textId="77777777" w:rsidR="00B17F2E" w:rsidRDefault="003B0795">
      <w:r>
        <w:t>You tend to have it and then you have fewer of these across construction because you normally kind of lock in the contracts at this point. But you have seen because of changes of, I mean, high risk buildings and the rest coming in, for example, that can completely change the nature of this landscape here. But during construction phase,</w:t>
      </w:r>
    </w:p>
    <w:p w14:paraId="2119D463" w14:textId="77777777" w:rsidR="00B17F2E" w:rsidRDefault="003B0795">
      <w:r>
        <w:t>Your building.</w:t>
      </w:r>
    </w:p>
    <w:p w14:paraId="76F5972E" w14:textId="77777777" w:rsidR="00B17F2E" w:rsidRDefault="003B0795">
      <w:r>
        <w:t>your building doesn't really impact social value or anything else. I mean, you're set, you're going to build a park and you're going to do, you're going to have.</w:t>
      </w:r>
    </w:p>
    <w:p w14:paraId="46B5A8E9" w14:textId="77777777" w:rsidR="00B17F2E" w:rsidRDefault="003B0795">
      <w:r>
        <w:t>these flats and you're gonna have this recreation ground and these schools that's already been picked in. It is, but that is more on the deliverable of the project, because you know there was a question in there about which company has been fined for not doing this. I was thinking about that. got fined for damages on site because there is social value on site which also has to be monitored and part of that is health and safety.</w:t>
      </w:r>
    </w:p>
    <w:p w14:paraId="421DCD62" w14:textId="77777777" w:rsidR="00B17F2E" w:rsidRDefault="003B0795">
      <w:r>
        <w:t>which a lot of them have to monitor. And if you use the tier ones, which will get this sort of funding, are very good at that. And keeping sure the site's clean, that's properly done, because you'll have apprenticeship schemes on site. They don't benefit from it, but it's a contractor.</w:t>
      </w:r>
    </w:p>
    <w:p w14:paraId="0C5D012C" w14:textId="77777777" w:rsidR="00B17F2E" w:rsidRDefault="003B0795">
      <w:r>
        <w:t>That's picking that risk up at that point. Who will be doing that? So there is social value on site. It's through the process of construction. It takes a slightly different health and safety based form. Sorry, so you see, it's like up here, I'm just gonna put a here.</w:t>
      </w:r>
    </w:p>
    <w:p w14:paraId="67029CEB" w14:textId="77777777" w:rsidR="00B17F2E" w:rsidRDefault="003B0795">
      <w:r>
        <w:t xml:space="preserve">How do you stop that out for us? It's because it's the size of the form. But the contractor social value elements, it's there. So you're considered, you've got the considerate </w:t>
      </w:r>
      <w:r>
        <w:lastRenderedPageBreak/>
        <w:t>constructor scheme. All of those elements are kind of, you are measuring that. So, but are those conditions generally set by the pre-funder or the debt?</w:t>
      </w:r>
    </w:p>
    <w:p w14:paraId="6A4ADC74" w14:textId="77777777" w:rsidR="00B17F2E" w:rsidRDefault="003B0795">
      <w:r>
        <w:t>Okay.</w:t>
      </w:r>
    </w:p>
    <w:p w14:paraId="54F83C5C" w14:textId="77777777" w:rsidR="00B17F2E" w:rsidRDefault="003B0795">
      <w:r>
        <w:t>Funnily enough, all of them, because that is the biggest risk they carry. That genuinely is the biggest risk they carry, because that they are liable for. They can be sued for that.</w:t>
      </w:r>
    </w:p>
    <w:p w14:paraId="523076AE" w14:textId="77777777" w:rsidR="00B17F2E" w:rsidRDefault="003B0795">
      <w:r>
        <w:t>and the concept of social value that we're talking about, or that planners are talking about, is a much longer term, exactly, social value.</w:t>
      </w:r>
    </w:p>
    <w:p w14:paraId="2845C236" w14:textId="77777777" w:rsidR="00B17F2E" w:rsidRDefault="003B0795">
      <w:r>
        <w:t>But if you, if you, if you kind of look at it as...</w:t>
      </w:r>
    </w:p>
    <w:p w14:paraId="173852A8" w14:textId="77777777" w:rsidR="00B17F2E" w:rsidRDefault="003B0795">
      <w:r>
        <w:t>kind of going through different pipe work, you know, something flowing through pipe work. It takes different forms and different levels. So almost, it almost changes state. But it's not always water. It's not always, that's what I mean, it changes state. It can, it changes state from here to there. It's already changed state.</w:t>
      </w:r>
    </w:p>
    <w:p w14:paraId="66C7C3FB" w14:textId="77777777" w:rsidR="00B17F2E" w:rsidRDefault="003B0795">
      <w:r>
        <w:t>to a different sort of more risky element than it is up here. Because this is softer, nicer, nice to have. We'll give you some money for it. This, we are liable for money. It's more from a benefit to a liability in its actual sense. Thank you. So the Development partner is actually responsible for...</w:t>
      </w:r>
    </w:p>
    <w:p w14:paraId="18B662EE" w14:textId="77777777" w:rsidR="00B17F2E" w:rsidRDefault="003B0795">
      <w:r>
        <w:t>Designing.</w:t>
      </w:r>
    </w:p>
    <w:p w14:paraId="27FE09C5" w14:textId="77777777" w:rsidR="00B17F2E" w:rsidRDefault="003B0795">
      <w:r>
        <w:t>a big redevelopment scheme that will bring long-term social value to the community. The development companies are concerned with delivering their part of the</w:t>
      </w:r>
    </w:p>
    <w:p w14:paraId="57C9A514" w14:textId="77777777" w:rsidR="00B17F2E" w:rsidRDefault="003B0795">
      <w:r>
        <w:t>construction to comply with these, I'm going to call them low-level social value constructs.</w:t>
      </w:r>
    </w:p>
    <w:p w14:paraId="6DCEDA49" w14:textId="77777777" w:rsidR="00B17F2E" w:rsidRDefault="003B0795">
      <w:r>
        <w:t>And those are two different things. Those are completely two different things. So you're almost running two things in parallel. One is an overarching thing. The other one is actually where you can get, but the risk will translate across both of them. Because if that goes wrong, the whole thing can go off. Okay, so can we bring the next lot of stakeholders into it?</w:t>
      </w:r>
    </w:p>
    <w:p w14:paraId="3399238C" w14:textId="77777777" w:rsidR="00B17F2E" w:rsidRDefault="003B0795">
      <w:r>
        <w:t>. Is it worth actually at this point discussing the different funding that comes in, the different profiles that'll happen?</w:t>
      </w:r>
    </w:p>
    <w:p w14:paraId="14F5839C" w14:textId="77777777" w:rsidR="00B17F2E" w:rsidRDefault="003B0795">
      <w:r>
        <w:t>We understand the stakeholders.</w:t>
      </w:r>
    </w:p>
    <w:p w14:paraId="29C6B1AB" w14:textId="77777777" w:rsidR="00B17F2E" w:rsidRDefault="003B0795">
      <w:r>
        <w:t>In itself, and what is doing now, but we kind of need both, but there are different stages as well. I mean, you know, the local council. Sit some somewhere in there.</w:t>
      </w:r>
    </w:p>
    <w:p w14:paraId="469AB73A" w14:textId="77777777" w:rsidR="00B17F2E" w:rsidRDefault="003B0795">
      <w:r>
        <w:t>But I suspect only at a later time. Local council will sit on a regulatory point of view and throughout the process they are there as a regulatory partner. Not for the funder. Not for the pre-funding. Not for the pre-funding. I mean, in some cases, if they are, they'll have kind of conditions if they've got, they own the land, for example.</w:t>
      </w:r>
    </w:p>
    <w:p w14:paraId="3873F833" w14:textId="77777777" w:rsidR="00B17F2E" w:rsidRDefault="003B0795">
      <w:r>
        <w:lastRenderedPageBreak/>
        <w:t>They can be part, they will be effectively part of the pre-funding process because it's their land that you're developing. So Kings Cross, I don't think they sold all the land in one plain swoop. I think they had to, they did it in bits and pieces. So what pension funds, impact funds, pension funds, then you've got the...</w:t>
      </w:r>
    </w:p>
    <w:p w14:paraId="540584FB" w14:textId="77777777" w:rsidR="00B17F2E" w:rsidRDefault="003B0795">
      <w:r>
        <w:t>Um, listen, don't you ever share? Cheque in.</w:t>
      </w:r>
    </w:p>
    <w:p w14:paraId="72CB83D2" w14:textId="77777777" w:rsidR="00B17F2E" w:rsidRDefault="003B0795">
      <w:r>
        <w:t>In most the photos. Trees, people schooling to see the. Nobody wants to unveil the messiness in the something. So it's the real question, in what way?</w:t>
      </w:r>
    </w:p>
    <w:p w14:paraId="048D0C0C" w14:textId="77777777" w:rsidR="00B17F2E" w:rsidRDefault="003B0795">
      <w:r>
        <w:t>Do the fund these these?</w:t>
      </w:r>
    </w:p>
    <w:p w14:paraId="3213EC78" w14:textId="77777777" w:rsidR="00B17F2E" w:rsidRDefault="003B0795">
      <w:r>
        <w:t>people's requirements actually answer social value. That's the other one, isn't it? You done? Oh, let's see. Yeah, no. I'm going to put.</w:t>
      </w:r>
    </w:p>
    <w:p w14:paraId="416395B4" w14:textId="77777777" w:rsidR="00B17F2E" w:rsidRDefault="003B0795">
      <w:r>
        <w:t>Okay. So, essentially, these are the ones that I've come across so far. There will be other mechanisms and variations of these. These guys will have the highest EHG environment.</w:t>
      </w:r>
    </w:p>
    <w:p w14:paraId="2472F9A0" w14:textId="77777777" w:rsidR="00B17F2E" w:rsidRDefault="003B0795">
      <w:r>
        <w:t>Usually detailed.</w:t>
      </w:r>
    </w:p>
    <w:p w14:paraId="69DF43CB" w14:textId="77777777" w:rsidR="00B17F2E" w:rsidRDefault="003B0795">
      <w:r>
        <w:t>and we'll have uh outcome requirements. Like what? Can you put requirements there? Yeah.</w:t>
      </w:r>
    </w:p>
    <w:p w14:paraId="3538A654" w14:textId="77777777" w:rsidR="00B17F2E" w:rsidRDefault="003B0795">
      <w:r>
        <w:t>Which would be... Certification delivery. That's like, yeah.</w:t>
      </w:r>
    </w:p>
    <w:p w14:paraId="5951A75A" w14:textId="77777777" w:rsidR="00B17F2E" w:rsidRDefault="003B0795">
      <w:r>
        <w:t>So, this will be return of investment on ESG metrics. They'll be defined differently, and then you'll have an impact valuation.</w:t>
      </w:r>
    </w:p>
    <w:p w14:paraId="2C8E026F" w14:textId="77777777" w:rsidR="00B17F2E" w:rsidRDefault="003B0795">
      <w:r>
        <w:t>And that's social impact, like a la well be. It can be, it can be social impact or it can be, it'll have a mixture of EHE in it, which will be, there'll be a little bit of governance, a little bit of environmental requirements, but they usually tend to be more detailed. And then if I put in green,</w:t>
      </w:r>
    </w:p>
    <w:p w14:paraId="5F0034E3" w14:textId="77777777" w:rsidR="00B17F2E" w:rsidRDefault="003B0795">
      <w:r>
        <w:t>What does that say? So you've got better lending rates, better timelines available with these guys, because they will be open for that negotiation, because they understand the nature of it. That's better as in... Better as in more beneficial. So, to the we'll have better lending lending rates, yes.</w:t>
      </w:r>
    </w:p>
    <w:p w14:paraId="25F9DD21" w14:textId="77777777" w:rsidR="00B17F2E" w:rsidRDefault="003B0795">
      <w:r>
        <w:t>Yeah.</w:t>
      </w:r>
    </w:p>
    <w:p w14:paraId="7DA50DB5" w14:textId="77777777" w:rsidR="00B17F2E" w:rsidRDefault="003B0795">
      <w:r>
        <w:t>So it normally tends to be anywhere between 0.5 to 1 basis point over market rate. So you'll have better. Yeah, with you. Yeah, yeah. Pension funds.</w:t>
      </w:r>
    </w:p>
    <w:p w14:paraId="400BC6F9" w14:textId="77777777" w:rsidR="00B17F2E" w:rsidRDefault="003B0795">
      <w:r>
        <w:t>Are not as high, but I would say medium to high.</w:t>
      </w:r>
    </w:p>
    <w:p w14:paraId="1EDD1FCB" w14:textId="77777777" w:rsidR="00B17F2E" w:rsidRDefault="003B0795">
      <w:r>
        <w:t>depending on where they're coming from. Canadian pension funds are actually quite good at this, surprisingly. American pension funds absolute Phil.</w:t>
      </w:r>
    </w:p>
    <w:p w14:paraId="2419605A" w14:textId="77777777" w:rsidR="00B17F2E" w:rsidRDefault="003B0795">
      <w:r>
        <w:t>Surprising, but, or not, or not at all in some, but they they they 401Ks are actually, I mean, obviously they they've diluted down so that SpaceX could take off, but...</w:t>
      </w:r>
    </w:p>
    <w:p w14:paraId="7C92199C" w14:textId="77777777" w:rsidR="00B17F2E" w:rsidRDefault="003B0795">
      <w:r>
        <w:lastRenderedPageBreak/>
        <w:t>They are not as detailed and outcome focused because they will not be long-term partners. It is likely that they will sell at handover. So they carry the risk only up to that point. So they've got limited.</w:t>
      </w:r>
    </w:p>
    <w:p w14:paraId="0BED695D" w14:textId="77777777" w:rsidR="00B17F2E" w:rsidRDefault="003B0795">
      <w:r>
        <w:t>:04 engagement time, asking. So the impact people will stay there for longer? Yes.</w:t>
      </w:r>
    </w:p>
    <w:p w14:paraId="2DEFD9A5" w14:textId="77777777" w:rsidR="00B17F2E" w:rsidRDefault="003B0795">
      <w:r>
        <w:t>:38 Yeah, maybe I'll add it to this one, because they're very similar to this, unless then they look at cache generation.</w:t>
      </w:r>
    </w:p>
    <w:p w14:paraId="657D6602" w14:textId="77777777" w:rsidR="00B17F2E" w:rsidRDefault="003B0795">
      <w:r>
        <w:t>:50 So for all of them, they're kind of looking at exit points. It's very, very key. This will be long term. This will be depending on if you look at cache generation or not.</w:t>
      </w:r>
    </w:p>
    <w:p w14:paraId="16BF371E" w14:textId="77777777" w:rsidR="00B17F2E" w:rsidRDefault="003B0795">
      <w:r>
        <w:t>:01 That means the exit point will vary depending on if you're looking at 5 to 10 year cash generation will stay in the scheme. If we're looking at, right, once it's built, sold, we're out in two years. The debt funding is a lot shorter. This usually comes in only when the project is run out of money. So the likes of Revantage and the rest who work on behalf of Blackstone, they work as we will get fund this project, get it off the line and then get out. So very short time frames.</w:t>
      </w:r>
    </w:p>
    <w:p w14:paraId="40B22BF3" w14:textId="77777777" w:rsidR="00B17F2E" w:rsidRDefault="003B0795">
      <w:r>
        <w:t>:43 And the ESG requirements and so on are very low, particularly. Yeah. So you, it was, you had a void for it.</w:t>
      </w:r>
    </w:p>
    <w:p w14:paraId="0E4CF002" w14:textId="77777777" w:rsidR="00B17F2E" w:rsidRDefault="003B0795">
      <w:r>
        <w:t>:51 It's just building standards and all.</w:t>
      </w:r>
    </w:p>
    <w:p w14:paraId="38A03154" w14:textId="77777777" w:rsidR="00B17F2E" w:rsidRDefault="003B0795">
      <w:r>
        <w:t>:55 I think it was pre-am and building rates as well. Yeah, compliance length. Yeah, so a minimum standard and don't kill anybody. Yeah, and don't use our money for something wrong. Yes, don't use anything illegal, for example, yeah. Now, this is back to medium to high.</w:t>
      </w:r>
    </w:p>
    <w:p w14:paraId="74912A9F" w14:textId="77777777" w:rsidR="00B17F2E" w:rsidRDefault="003B0795">
      <w:r>
        <w:t>:13 Yeah, they will stay long because then they almost work very similar to them. Only difference is their requirements are far lower than the pension funds. They will look at a Graeme.</w:t>
      </w:r>
    </w:p>
    <w:p w14:paraId="001CFE11" w14:textId="77777777" w:rsidR="00B17F2E" w:rsidRDefault="003B0795">
      <w:r>
        <w:t>:36 Research E records and see other thing.</w:t>
      </w:r>
    </w:p>
    <w:p w14:paraId="734B7FA8" w14:textId="77777777" w:rsidR="00B17F2E" w:rsidRDefault="003B0795">
      <w:r>
        <w:t>:42 That's your basic requirement, but the difference is you will get one, one about one basis point, maybe benefit here. This can be anywhere of 0.5 to one.</w:t>
      </w:r>
    </w:p>
    <w:p w14:paraId="326D33B0" w14:textId="77777777" w:rsidR="00B17F2E" w:rsidRDefault="003B0795">
      <w:r>
        <w:t>:56 This would be.</w:t>
      </w:r>
    </w:p>
    <w:p w14:paraId="2264BF21" w14:textId="77777777" w:rsidR="00B17F2E" w:rsidRDefault="003B0795">
      <w:r>
        <w:t>:59 not as great, but it's more when you need it kind of thing. So that's about 2.25 to 0.5, depending on good market conditions. This can be only up to 1.5 now. I have absolutely no idea what those numbers mean. So, there's a basis point, so there's a benefits over market rate. Explain that. So, for example, if the market rate is 5, you will get a four and a half percent. Yeah. OK. And you will also then get better lending conditions in terms of when you get funding or you get it. Yeah.</w:t>
      </w:r>
    </w:p>
    <w:p w14:paraId="0E0526D0" w14:textId="77777777" w:rsidR="00B17F2E" w:rsidRDefault="003B0795">
      <w:r>
        <w:lastRenderedPageBreak/>
        <w:t>:29 Sorry, a three-point. Yeah, and it can sometimes it can go plus or minus depending on when the debt funding is coming in. If it's an urgent requirement, sometimes you go to raise capital and you'll pay more.</w:t>
      </w:r>
    </w:p>
    <w:p w14:paraId="76AEBA86" w14:textId="77777777" w:rsidR="00B17F2E" w:rsidRDefault="003B0795">
      <w:r>
        <w:t>:39 So these guys are more, they're like the sharks in the middle. So what's the best value one?</w:t>
      </w:r>
    </w:p>
    <w:p w14:paraId="28369307" w14:textId="77777777" w:rsidR="00B17F2E" w:rsidRDefault="003B0795">
      <w:r>
        <w:t>:45 This is the best you get because essentially you're paying. I mean, if you think about it, King's Cross was 6.8 billion. The values of this will be in a few 100 million. So you would think that actually that one 1% would be a big, because again, it's liabilities and it's transference of that. Only difference is they can become.</w:t>
      </w:r>
    </w:p>
    <w:p w14:paraId="50B34032" w14:textId="77777777" w:rsidR="00B17F2E" w:rsidRDefault="003B0795">
      <w:r>
        <w:t>:04 They'll have equity that.</w:t>
      </w:r>
    </w:p>
    <w:p w14:paraId="07B2910A" w14:textId="77777777" w:rsidR="00B17F2E" w:rsidRDefault="003B0795">
      <w:r>
        <w:t>:08 Where they will go right we own half this. Um. These will also have the same depending on your conditions.</w:t>
      </w:r>
    </w:p>
    <w:p w14:paraId="6872DC0F" w14:textId="77777777" w:rsidR="00B17F2E" w:rsidRDefault="003B0795">
      <w:r>
        <w:t>:19 And then local councils will be partners depending on where the land is, how the land is being funded, what it is, what it was already in the year mark for, not to find it. So there's no actual way of defining what the landowners want.</w:t>
      </w:r>
    </w:p>
    <w:p w14:paraId="19712AD4" w14:textId="77777777" w:rsidR="00B17F2E" w:rsidRDefault="003B0795">
      <w:r>
        <w:t>:35 So that is kind of the funding profile that sits behind all of this.</w:t>
      </w:r>
    </w:p>
    <w:p w14:paraId="2584D8C4" w14:textId="77777777" w:rsidR="00B17F2E" w:rsidRDefault="003B0795">
      <w:r>
        <w:t>:46 So there's five headings there and the three stages above, how do they map to those 3 stages? Well, that's what I think. So the debt funding I can see, that's it, that's a phrase that looks the same. So, but here.</w:t>
      </w:r>
    </w:p>
    <w:p w14:paraId="747C9132" w14:textId="77777777" w:rsidR="00B17F2E" w:rsidRDefault="003B0795">
      <w:r>
        <w:t>:06 Impact pension.</w:t>
      </w:r>
    </w:p>
    <w:p w14:paraId="69DB1BA1" w14:textId="77777777" w:rsidR="00B17F2E" w:rsidRDefault="003B0795">
      <w:r>
        <w:t>:21 Then, on the council, on the council.</w:t>
      </w:r>
    </w:p>
    <w:p w14:paraId="15BFE20E" w14:textId="77777777" w:rsidR="00B17F2E" w:rsidRDefault="003B0795">
      <w:r>
        <w:t>:28 You could also have...</w:t>
      </w:r>
    </w:p>
    <w:p w14:paraId="7D500282" w14:textId="77777777" w:rsidR="00B17F2E" w:rsidRDefault="003B0795">
      <w:r>
        <w:t>:42 Then, up here you have.</w:t>
      </w:r>
    </w:p>
    <w:p w14:paraId="017D23C0" w14:textId="77777777" w:rsidR="00B17F2E" w:rsidRDefault="003B0795">
      <w:r>
        <w:t>:50 I have no idea what that says. High Street and debt funders. High Street and debt funders. and the middle one, High Street. High Street, pension and council. So the impact funders tend to be the bigger ones. And unless there's a very specific scheme at a school being built in a wider development, then you'll have the impact funders coming in for that.</w:t>
      </w:r>
    </w:p>
    <w:p w14:paraId="38D12D3B" w14:textId="77777777" w:rsidR="00B17F2E" w:rsidRDefault="003B0795">
      <w:r>
        <w:t>:11 They will be, they will be open, but that'll be again, it'll be limited to the phasing and scope of that phase. Would we know?</w:t>
      </w:r>
    </w:p>
    <w:p w14:paraId="4BC0F7EA" w14:textId="77777777" w:rsidR="00B17F2E" w:rsidRDefault="003B0795">
      <w:r>
        <w:t>:20 Do an impact bunder was? Do we know? Do we know their names? Do I know them? Are they household names? Are they in the shadows? They mostly tend to be private equity and then and they tend to not me. They're not a lot of them are not very public.</w:t>
      </w:r>
    </w:p>
    <w:p w14:paraId="44F3BC40" w14:textId="77777777" w:rsidR="00B17F2E" w:rsidRDefault="003B0795">
      <w:r>
        <w:t>:40 But the Kings Trust technically is a social impact funder.</w:t>
      </w:r>
    </w:p>
    <w:p w14:paraId="5589C0D6" w14:textId="77777777" w:rsidR="00B17F2E" w:rsidRDefault="003B0795">
      <w:r>
        <w:lastRenderedPageBreak/>
        <w:t>:46 Um...</w:t>
      </w:r>
    </w:p>
    <w:p w14:paraId="20B7A690" w14:textId="77777777" w:rsidR="00B17F2E" w:rsidRDefault="003B0795">
      <w:r>
        <w:t>:48 You, you can find them, but we can, we can, we can do a search on that one. That's why I meant this will need to be now backed up with a bit of research into who's done what, what mechanics that they use, what, yeah, they love to use the terms financial instruments and vehicles, just.</w:t>
      </w:r>
    </w:p>
    <w:p w14:paraId="407DAD77" w14:textId="77777777" w:rsidR="00B17F2E" w:rsidRDefault="003B0795">
      <w:r>
        <w:t>:04 It's the definition of flow, basically. So can we get back to the top code?</w:t>
      </w:r>
    </w:p>
    <w:p w14:paraId="30748F30" w14:textId="77777777" w:rsidR="00B17F2E" w:rsidRDefault="003B0795">
      <w:r>
        <w:t>:16 Where are we at? So what we've done is we've got this.</w:t>
      </w:r>
    </w:p>
    <w:p w14:paraId="02A5FFEE" w14:textId="77777777" w:rsidR="00B17F2E" w:rsidRDefault="003B0795">
      <w:r>
        <w:t>:21 We've sorted this out. That's finance. Yep, and we've kind of done this. I do a bit of construction. Yeah, because we got this moving at least. Yeah, obviously that impact.</w:t>
      </w:r>
    </w:p>
    <w:p w14:paraId="3557F89F" w14:textId="77777777" w:rsidR="00B17F2E" w:rsidRDefault="003B0795">
      <w:r>
        <w:t>:33 We'll have some. This is the area now. The planning. I can. So I have the viability. I should do this. Yes.</w:t>
      </w:r>
    </w:p>
    <w:p w14:paraId="0AE9B738" w14:textId="77777777" w:rsidR="00B17F2E" w:rsidRDefault="003B0795">
      <w:r>
        <w:t>:43 Is. And if I do.</w:t>
      </w:r>
    </w:p>
    <w:p w14:paraId="4326A673" w14:textId="77777777" w:rsidR="00B17F2E" w:rsidRDefault="003B0795">
      <w:r>
        <w:t>:48 I was in.</w:t>
      </w:r>
    </w:p>
    <w:p w14:paraId="3CCC7214" w14:textId="77777777" w:rsidR="00B17F2E" w:rsidRDefault="003B0795">
      <w:r>
        <w:t>:53 This particular thing kind of covers. The viability, sorry, the reason I'm saying it in words is because I'm not recording the video. I'm just... Yeah. So the viability element is defined.</w:t>
      </w:r>
    </w:p>
    <w:p w14:paraId="0A413D1D" w14:textId="77777777" w:rsidR="00B17F2E" w:rsidRDefault="003B0795">
      <w:r>
        <w:t>:14 are on all of these areas. To finance the planning. Well, it does and it doesn't, because actually when we were speaking before, part of the viability.</w:t>
      </w:r>
    </w:p>
    <w:p w14:paraId="03D23ED5" w14:textId="77777777" w:rsidR="00B17F2E" w:rsidRDefault="003B0795">
      <w:r>
        <w:t>:28 Process is looking at the green premium and seeing what you what benefits you can get in terms of.</w:t>
      </w:r>
    </w:p>
    <w:p w14:paraId="33C114D2" w14:textId="77777777" w:rsidR="00B17F2E" w:rsidRDefault="003B0795">
      <w:r>
        <w:t>:36 put for rental income and all the rest of it from the scheme that you're doing. And those are different metrics to the ones that the finance funding people are using. It is, but they will have, they will put limitations on this. Funders will put limitations.</w:t>
      </w:r>
    </w:p>
    <w:p w14:paraId="114892E9" w14:textId="77777777" w:rsidR="00B17F2E" w:rsidRDefault="003B0795">
      <w:r>
        <w:t>:56 what, so remember, you get funding for use type, funding for use style, all of those elements. So, well, the footfall and everything will be, yes, can I generate, can I have cash generation on that asset, and will I be able to get a yield on the asset? That's the simple viability term. So those are the parameters that the developer is working to.</w:t>
      </w:r>
    </w:p>
    <w:p w14:paraId="2838A739" w14:textId="77777777" w:rsidR="00B17F2E" w:rsidRDefault="003B0795">
      <w:r>
        <w:t>:15 Two, yeah, and that will be linked, that will also have.</w:t>
      </w:r>
    </w:p>
    <w:p w14:paraId="2074007D" w14:textId="77777777" w:rsidR="00B17F2E" w:rsidRDefault="003B0795">
      <w:r>
        <w:t>:19 and then back from there because depending on what sort of finance you've raised. Okay. So their real interest in terms of social impact is pretty much zero. Yeah. It's all about the value they can get, the increased value. It's all about that green premium. And the finance people are really only interested in that. Yeah, because they won the year. The only bit that both are interested in in terms of social impact. Yeah. is to do with reputation. Yeah, is that right? That's correct.</w:t>
      </w:r>
    </w:p>
    <w:p w14:paraId="1D437987" w14:textId="77777777" w:rsidR="00B17F2E" w:rsidRDefault="003B0795">
      <w:r>
        <w:lastRenderedPageBreak/>
        <w:t>:47 And they can't measure that. They can advertise it and then that's the reason why, I mean, they can they can definitely see the negative impact when it does happen. Just going to quickly see some messages pop.</w:t>
      </w:r>
    </w:p>
    <w:p w14:paraId="4099F9C6" w14:textId="77777777" w:rsidR="00B17F2E" w:rsidRDefault="003B0795">
      <w:r>
        <w:t>:06 Give me a first up with the order.</w:t>
      </w:r>
    </w:p>
    <w:p w14:paraId="6E0FF093" w14:textId="77777777" w:rsidR="00B17F2E" w:rsidRDefault="003B0795">
      <w:r>
        <w:t>:11 So that takes care of the motivations and how the risk sits on social value.</w:t>
      </w:r>
    </w:p>
    <w:p w14:paraId="748D3AD3" w14:textId="77777777" w:rsidR="00B17F2E" w:rsidRDefault="003B0795">
      <w:r>
        <w:t>:20 sits within the finance bit, but it doesn't actually talk about the council planning business, because the council have got a different view on social impact. They do, and that's when you will then have that impact, which is actually going to put business slightly Different.</w:t>
      </w:r>
    </w:p>
    <w:p w14:paraId="6916A191" w14:textId="77777777" w:rsidR="00B17F2E" w:rsidRDefault="003B0795">
      <w:r>
        <w:t>:41 because that almost shapes this to a certain extent. So that will decide the economics of it. That will shape the physical nature of it. Okay. So just because this is a recorded, and we need to do it on the transcript, the council</w:t>
      </w:r>
    </w:p>
    <w:p w14:paraId="24412DB1" w14:textId="77777777" w:rsidR="00B17F2E" w:rsidRDefault="003B0795">
      <w:r>
        <w:t>:59 which in which resides the planning are effectively the customer. Yeah. And that customer is effectively putting in requirements for social impact into the viability part of that. Yeah. And what's the what are the</w:t>
      </w:r>
    </w:p>
    <w:p w14:paraId="738295FF" w14:textId="77777777" w:rsidR="00B17F2E" w:rsidRDefault="003B0795">
      <w:r>
        <w:t>:21 The frameworks of ways they talk about that. Section 106 agreement.</w:t>
      </w:r>
    </w:p>
    <w:p w14:paraId="73C14867" w14:textId="77777777" w:rsidR="00B17F2E" w:rsidRDefault="003B0795">
      <w:r>
        <w:t>:26 So the section 106 agreement is how the council will shape that development. And then in so in terms of risk, it's fairly clear how the developer.</w:t>
      </w:r>
    </w:p>
    <w:p w14:paraId="59037F7E" w14:textId="77777777" w:rsidR="00B17F2E" w:rsidRDefault="003B0795">
      <w:r>
        <w:t>:42 settles risk with the quite nice people. Yeah.</w:t>
      </w:r>
    </w:p>
    <w:p w14:paraId="763EEA26" w14:textId="77777777" w:rsidR="00B17F2E" w:rsidRDefault="003B0795">
      <w:r>
        <w:t>:46 In terms of risk for the council.</w:t>
      </w:r>
    </w:p>
    <w:p w14:paraId="66A9AACA" w14:textId="77777777" w:rsidR="00B17F2E" w:rsidRDefault="003B0795">
      <w:r>
        <w:t>:50 It can try and say what it wants.</w:t>
      </w:r>
    </w:p>
    <w:p w14:paraId="1609F24F" w14:textId="77777777" w:rsidR="00B17F2E" w:rsidRDefault="003B0795">
      <w:r>
        <w:t>:55 And does Section 106 have a reporting mechanism back that says? Yes. But does that then sit with accounts with the developer or does that sit with the development companies? Development company. So that is basically what you're talking about. The mechanism is the Section 106 agreement and then the discharge of conditions. Yes.</w:t>
      </w:r>
    </w:p>
    <w:p w14:paraId="16A17BE5" w14:textId="77777777" w:rsidR="00B17F2E" w:rsidRDefault="003B0795">
      <w:r>
        <w:t>:13 depending on how well it's written. Unfortunately, this is where the strength of the Section 106 agreement implementation defines how well that goes through. So if the Section 106 agreement says, I need design stage reports and we'll sign off on the decision conditions, which can happen, it means actually what you've done there is</w:t>
      </w:r>
    </w:p>
    <w:p w14:paraId="4C1AC6B3" w14:textId="77777777" w:rsidR="00B17F2E" w:rsidRDefault="003B0795">
      <w:r>
        <w:t>:32 You basically almost on the line here, because these guys can not. Yeah, and which tends to happen, so. It's almost like due due diligence on the developer. Yeah. You do that through Section 106 and say that's discharged now. Yeah, well, no, you've got to submit that to the council. Yeah. and they've got to look at discharge it. So that's usually why you see a lot of developments where they will say, oh, that's going to be a playground, and suddenly you say that playground is actually not getting used b</w:t>
      </w:r>
      <w:r>
        <w:t xml:space="preserve">ecause they're not discharged conditions </w:t>
      </w:r>
      <w:r>
        <w:lastRenderedPageBreak/>
        <w:t>properly for it, or they've missed that the section 106 is poorly written, and they found a way around not doing it. So they can then just leave that parcel on the land and say, well,</w:t>
      </w:r>
    </w:p>
    <w:p w14:paraId="3A4597F2" w14:textId="77777777" w:rsidR="00B17F2E" w:rsidRDefault="003B0795">
      <w:r>
        <w:t>:11 Actually, we put the stuff in place. It's a playground. But the health and safety measures and the rest around it also have to be part of the Section 106 agreement because children can't actually play in the playground until that's signed off. And how could a planning councils and people actually defining Section 1? London, very good.</w:t>
      </w:r>
    </w:p>
    <w:p w14:paraId="1AE2ED5E" w14:textId="77777777" w:rsidR="00B17F2E" w:rsidRDefault="003B0795">
      <w:r>
        <w:t>:31 Sutton and some of the kind of outer London regions is also very good.</w:t>
      </w:r>
    </w:p>
    <w:p w14:paraId="0EB8E972" w14:textId="77777777" w:rsidR="00B17F2E" w:rsidRDefault="003B0795">
      <w:r>
        <w:t>:38 To be fair, a lot of them are getting there. I think some of the more rural ones, I mean, West Oxfordshire District Council. Excellent. As Clarkson found out, the Section 106 agreements are getting better as well. So that is one of the few good things about planning regs at the moment. The Section 106s are getting a lot better.</w:t>
      </w:r>
    </w:p>
    <w:p w14:paraId="66E07A07" w14:textId="77777777" w:rsidR="00B17F2E" w:rsidRDefault="003B0795">
      <w:r>
        <w:t>:00 But also these guys are getting a lot better at finding ways around it. So the time taken now, post planning, the first half.</w:t>
      </w:r>
    </w:p>
    <w:p w14:paraId="4CB6408C" w14:textId="77777777" w:rsidR="00B17F2E" w:rsidRDefault="003B0795">
      <w:r>
        <w:t>:09 Month or so is just taken and refining the section 106 is done. OK, so I'm going to do something very different.</w:t>
      </w:r>
    </w:p>
    <w:p w14:paraId="06D72B2E" w14:textId="77777777" w:rsidR="00B17F2E" w:rsidRDefault="003B0795">
      <w:r>
        <w:t xml:space="preserve">:17 Just why they're doing that. So the section 106 is, do you think that's a suitable mechanism? And also, is it in agreement or is it your... It's a contract. You're told you will do this. No, it's a contract. And then they will look at ways to get out of it. Well, that's exactly how it works. So they're basically told we need this to be done in a certain way. Yeah. Then you'll do non-material amendments as you go through the process, modifying the section 106s. So the section 106 that you start off with </w:t>
      </w:r>
      <w:r>
        <w:t>may not be the same section 106 you end up with. Yeah. But it's a contractual mechanism to control the wider delivery of the project and it does tend to include.</w:t>
      </w:r>
    </w:p>
    <w:p w14:paraId="07A041E8" w14:textId="77777777" w:rsidR="00B17F2E" w:rsidRDefault="003B0795">
      <w:r>
        <w:t>:57 and this is where I think it gets critical. It is the only way the council can actually implement the social impact element of it, because the delivery of better pavements, better access points, all of that stuff is actually defined in the section 106s.</w:t>
      </w:r>
    </w:p>
    <w:p w14:paraId="2A0D0B9E" w14:textId="77777777" w:rsidR="00B17F2E" w:rsidRDefault="003B0795">
      <w:r>
        <w:t>:12 Two P.P.</w:t>
      </w:r>
    </w:p>
    <w:p w14:paraId="518377ED" w14:textId="77777777" w:rsidR="00B17F2E" w:rsidRDefault="003B0795">
      <w:r>
        <w:t>:16 That might be food. So what we seem to have is we seem to have risk, which is financial.</w:t>
      </w:r>
    </w:p>
    <w:p w14:paraId="3B9C9C89" w14:textId="77777777" w:rsidR="00B17F2E" w:rsidRDefault="003B0795">
      <w:r>
        <w:t>:32 In terms of... Find it the developer and the institutions. Is the food? Maybe he is.</w:t>
      </w:r>
    </w:p>
    <w:p w14:paraId="022DFAA8" w14:textId="77777777" w:rsidR="00B17F2E" w:rsidRDefault="003B0795">
      <w:r>
        <w:t>:42 He's arrived. Should we go and meet him? Yeah, we'll be right back.</w:t>
      </w:r>
    </w:p>
    <w:p w14:paraId="38F5AC10" w14:textId="77777777" w:rsidR="00B17F2E" w:rsidRDefault="003B0795">
      <w:r>
        <w:t>:49 she for those out there.</w:t>
      </w:r>
    </w:p>
    <w:p w14:paraId="43D6C206" w14:textId="77777777" w:rsidR="00B17F2E" w:rsidRDefault="003B0795">
      <w:r>
        <w:t>:12 And I have a city found you. Bye.</w:t>
      </w:r>
    </w:p>
    <w:p w14:paraId="20DE335A" w14:textId="77777777" w:rsidR="00B17F2E" w:rsidRDefault="003B0795">
      <w:r>
        <w:t>:16 Yeah, I think I think we came up. That was the advice I was giving.</w:t>
      </w:r>
    </w:p>
    <w:p w14:paraId="0764CF01" w14:textId="77777777" w:rsidR="00B17F2E" w:rsidRDefault="003B0795">
      <w:r>
        <w:lastRenderedPageBreak/>
        <w:t>:23 A 10-minute break.</w:t>
      </w:r>
    </w:p>
    <w:p w14:paraId="4165FB88" w14:textId="77777777" w:rsidR="00B17F2E" w:rsidRDefault="003B0795">
      <w:r>
        <w:t>:25 Once we can work. Yeah.</w:t>
      </w:r>
    </w:p>
    <w:p w14:paraId="006F63A8" w14:textId="77777777" w:rsidR="00B17F2E" w:rsidRDefault="003B0795">
      <w:r>
        <w:t>:30 Yep. Okay. 7364, I think.</w:t>
      </w:r>
    </w:p>
    <w:p w14:paraId="4C4ECFF0" w14:textId="77777777" w:rsidR="00B17F2E" w:rsidRDefault="003B0795">
      <w:r>
        <w:t>:29 365.</w:t>
      </w:r>
    </w:p>
    <w:p w14:paraId="068C14F7" w14:textId="77777777" w:rsidR="00B17F2E" w:rsidRDefault="003B0795">
      <w:r>
        <w:t>:37 Exactly. Okay. Yes. That was my voice.</w:t>
      </w:r>
    </w:p>
    <w:p w14:paraId="470D0073" w14:textId="77777777" w:rsidR="00B17F2E" w:rsidRDefault="003B0795">
      <w:r>
        <w:t>:55 You got fishes. Excellent.</w:t>
      </w:r>
    </w:p>
    <w:p w14:paraId="58D728DF" w14:textId="77777777" w:rsidR="00B17F2E" w:rsidRDefault="003B0795">
      <w:r>
        <w:t>:01 I need anymore. School food.</w:t>
      </w:r>
    </w:p>
    <w:p w14:paraId="5147DED5" w14:textId="77777777" w:rsidR="00B17F2E" w:rsidRDefault="003B0795">
      <w:r>
        <w:t>:06 Yeah, you probably got room for a cookie.</w:t>
      </w:r>
    </w:p>
    <w:p w14:paraId="4D3C79D4" w14:textId="77777777" w:rsidR="00B17F2E" w:rsidRDefault="003B0795">
      <w:r>
        <w:t>:11 Ohh, have you seen this?</w:t>
      </w:r>
    </w:p>
    <w:p w14:paraId="241A9BCD" w14:textId="77777777" w:rsidR="00B17F2E" w:rsidRDefault="003B0795">
      <w:r>
        <w:t>:15 Oh, social value manager. That's a bit. No. You think that?</w:t>
      </w:r>
    </w:p>
    <w:p w14:paraId="2BD7BC86" w14:textId="77777777" w:rsidR="00B17F2E" w:rsidRDefault="003B0795">
      <w:r>
        <w:t>:28 Should we, should we, should we look her up?</w:t>
      </w:r>
    </w:p>
    <w:p w14:paraId="0E682B3D" w14:textId="77777777" w:rsidR="00B17F2E" w:rsidRDefault="003B0795">
      <w:r>
        <w:t>:32 We got a name on it.</w:t>
      </w:r>
    </w:p>
    <w:p w14:paraId="4D4F6C5F" w14:textId="77777777" w:rsidR="00B17F2E" w:rsidRDefault="003B0795">
      <w:r>
        <w:t>:40 DINCHIN.</w:t>
      </w:r>
    </w:p>
    <w:p w14:paraId="7AFD4E9A" w14:textId="77777777" w:rsidR="00B17F2E" w:rsidRDefault="003B0795">
      <w:r>
        <w:t>:44 So. They they needed to go special jobs, especially DFE jobs.</w:t>
      </w:r>
    </w:p>
    <w:p w14:paraId="62BD5ED5" w14:textId="77777777" w:rsidR="00B17F2E" w:rsidRDefault="003B0795">
      <w:r>
        <w:t>:51 DFE, Department of Funding for Education, I think.</w:t>
      </w:r>
    </w:p>
    <w:p w14:paraId="15EBF902" w14:textId="77777777" w:rsidR="00B17F2E" w:rsidRDefault="003B0795">
      <w:r>
        <w:t>:58 Mm. Thanks after a cookie. Oh, thank you. Pudding. Just delicious. They didn't have any white chocolate. Good. These are likely doing spice.</w:t>
      </w:r>
    </w:p>
    <w:p w14:paraId="18BC7D39" w14:textId="77777777" w:rsidR="00B17F2E" w:rsidRDefault="003B0795">
      <w:r>
        <w:t>:12 So, it's where we work, and we, I love them.</w:t>
      </w:r>
    </w:p>
    <w:p w14:paraId="121CAFBA" w14:textId="77777777" w:rsidR="00B17F2E" w:rsidRDefault="003B0795">
      <w:r>
        <w:t>:17 The thing that was occurring to me was that we've got different definitions here of risk. So there's financial risk and social risk. And financial risk is basically in terms of...</w:t>
      </w:r>
    </w:p>
    <w:p w14:paraId="718E3900" w14:textId="77777777" w:rsidR="00B17F2E" w:rsidRDefault="003B0795">
      <w:r>
        <w:t>:29 institutions and developers and things like that. And then we've got social value, which is basically social value, social impact and wellbeing, and those are different things. Yes, I mean, look at it very simply, financial. Will this development make money? Yes and no. Social value and social impact is are the people going to enjoy the space and carry on using the space in the future? Because actually, that's where the financial risk is real. Because if people don't want to use the space and are not go</w:t>
      </w:r>
      <w:r>
        <w:t>ing to enjoy the space,</w:t>
      </w:r>
    </w:p>
    <w:p w14:paraId="782DAB4F" w14:textId="77777777" w:rsidR="00B17F2E" w:rsidRDefault="003B0795">
      <w:r>
        <w:t>:03 It means you're going to have low footfall, you'll have low yield, that means you'll have a financial risk. That's how it translates back into finance.</w:t>
      </w:r>
    </w:p>
    <w:p w14:paraId="0B11EEB6" w14:textId="77777777" w:rsidR="00B17F2E" w:rsidRDefault="003B0795">
      <w:r>
        <w:t>:11 The financial risk I find interesting is it's make for me, sound like a broken record, make money for whom?</w:t>
      </w:r>
    </w:p>
    <w:p w14:paraId="49FF7D14" w14:textId="77777777" w:rsidR="00B17F2E" w:rsidRDefault="003B0795">
      <w:r>
        <w:lastRenderedPageBreak/>
        <w:t>:20 The developer wants to make money for themselves. A massive amount. Should we explore that? The electrical subcontractor, you know, is probably making a tiny amount as a percentage. So it's like, where is that value across that project? Which part of these stages is making all the money?</w:t>
      </w:r>
    </w:p>
    <w:p w14:paraId="696E549C" w14:textId="77777777" w:rsidR="00B17F2E" w:rsidRDefault="003B0795">
      <w:r>
        <w:t>:40 Because, very hard to say, actually, but yeah, but...</w:t>
      </w:r>
    </w:p>
    <w:p w14:paraId="48B0D789" w14:textId="77777777" w:rsidR="00B17F2E" w:rsidRDefault="003B0795">
      <w:r>
        <w:t>:45 So in terms of trying to understand this, it's like if one of the subcontractors lost money.</w:t>
      </w:r>
    </w:p>
    <w:p w14:paraId="43498E11" w14:textId="77777777" w:rsidR="00B17F2E" w:rsidRDefault="003B0795">
      <w:r>
        <w:t>:08 However, the institutions lending the funding are actually the ones who have to make money. But they're actually the values. They're the values. It was their money.</w:t>
      </w:r>
    </w:p>
    <w:p w14:paraId="77DC0035" w14:textId="77777777" w:rsidR="00B17F2E" w:rsidRDefault="003B0795">
      <w:r>
        <w:t>:18 They're just setting in terms.</w:t>
      </w:r>
    </w:p>
    <w:p w14:paraId="4E00EFE2" w14:textId="77777777" w:rsidR="00B17F2E" w:rsidRDefault="003B0795">
      <w:r>
        <w:t>:22 But I would be interested to follow this through, well, in several ways. First of all, Okay. How?</w:t>
      </w:r>
    </w:p>
    <w:p w14:paraId="14FF8A0B" w14:textId="77777777" w:rsidR="00B17F2E" w:rsidRDefault="003B0795">
      <w:r>
        <w:t>:32 Good cookie. Cookies.</w:t>
      </w:r>
    </w:p>
    <w:p w14:paraId="2A5F92C7" w14:textId="77777777" w:rsidR="00B17F2E" w:rsidRDefault="003B0795">
      <w:r>
        <w:t>:36 How it plays out over time in terms of... Risk.</w:t>
      </w:r>
    </w:p>
    <w:p w14:paraId="2F8E9A69" w14:textId="77777777" w:rsidR="00B17F2E" w:rsidRDefault="003B0795">
      <w:r>
        <w:t>:44 Kind of put down the risk and then you cancel the risk out because it's it hasn't happened, but it has happened. You transfer the risk.</w:t>
      </w:r>
    </w:p>
    <w:p w14:paraId="0CC677E1" w14:textId="77777777" w:rsidR="00B17F2E" w:rsidRDefault="003B0795">
      <w:r>
        <w:t>:53 Well, yeah, but at some point the risk is kind of, so the developer lends the money on the, sorry, the institution lends the money on the understanding that you're going to get high rates of return, you're going to, because everybody loves living there and they've got a really good reputation. Yeah. Investment. So when do they know that happens? Ten years down the track?</w:t>
      </w:r>
    </w:p>
    <w:p w14:paraId="34F19C06" w14:textId="77777777" w:rsidR="00B17F2E" w:rsidRDefault="003B0795">
      <w:r>
        <w:t>:15 No, that's where I'll bring you back to what's the investment timeline. Yes, so let's go back to the timeline. Let's go through quite interesting. Let's go back to the investment timeline, which will be downloaded. You have to press the... Why can't it just go to the next field? Because, wait. Oh, this one works as well. See, I locked it now. I don't know what's going on.</w:t>
      </w:r>
    </w:p>
    <w:p w14:paraId="33FB6F3E" w14:textId="77777777" w:rsidR="00B17F2E" w:rsidRDefault="003B0795">
      <w:r>
        <w:t>:42 Did we figure out how to save this? Well, no, don't tell me it doesn't say it. I think it's going to all save on my computer. Good. Well, let's take some photos in case. Exactly. Yeah, but it would take some time. No, that's useful. Got to read another level.</w:t>
      </w:r>
    </w:p>
    <w:p w14:paraId="4FE767ED" w14:textId="77777777" w:rsidR="00B17F2E" w:rsidRDefault="003B0795">
      <w:r>
        <w:t>:01 Oh, that was, you were going to write in that small writing. I know. I need to cough whilst having a cup in my hand near my mouth. Tell you what, I think that last coffee might have been burned. Oh. Allow the machine. Yeah, I don't think it's a brilliant ****. Yeah. All right. I want that to look forward. It's been told on the espresso machines have been closed up and we know they have coffee down in the office. It's hot. You don't need coffee. Why did you get coffee? Because it's too expensive.</w:t>
      </w:r>
    </w:p>
    <w:p w14:paraId="7B8AD718" w14:textId="77777777" w:rsidR="00B17F2E" w:rsidRDefault="003B0795">
      <w:r>
        <w:lastRenderedPageBreak/>
        <w:t>:29 No, because they've boxed up those machines and they've sent it back. So he's just got, so what are we supposed to do? This is a stupid way of doing it. So our office is ready, isn't it? And he's going to survive. I know. How am I going to sit through boring details and listening to someone drawn along about how wonderful his buddy things are.</w:t>
      </w:r>
    </w:p>
    <w:p w14:paraId="186AB86B" w14:textId="77777777" w:rsidR="00B17F2E" w:rsidRDefault="003B0795">
      <w:r>
        <w:t>:46 Right, we're looking at the investment timeline for each of the stakeholders. So let's start with...</w:t>
      </w:r>
    </w:p>
    <w:p w14:paraId="5131AEB9" w14:textId="77777777" w:rsidR="00B17F2E" w:rsidRDefault="003B0795">
      <w:r>
        <w:t>:53 Can we do 2 timelines? We can do multiples, like, like the timeline of risk and yeah, social value. Yeah, so what I was thinking of doing is we could do...</w:t>
      </w:r>
    </w:p>
    <w:p w14:paraId="7A08BE7A" w14:textId="77777777" w:rsidR="00B17F2E" w:rsidRDefault="003B0795">
      <w:r>
        <w:t>:06 All the stakeholders here and then look at their financial timeline and then do the same with social risk and see if they match up. However, that works. Let's start. Let's try. Yeah, let's do it.</w:t>
      </w:r>
    </w:p>
    <w:p w14:paraId="3C805544" w14:textId="77777777" w:rsidR="00B17F2E" w:rsidRDefault="003B0795">
      <w:r>
        <w:t>:23 Well, I think you made it small, so now you have to make it big again.</w:t>
      </w:r>
    </w:p>
    <w:p w14:paraId="2253F0CA" w14:textId="77777777" w:rsidR="00B17F2E" w:rsidRDefault="003B0795">
      <w:r>
        <w:t>:30 There is a zoom button to make it. Yeah. I was trying to fit the page. It's been a scratch so far out. I like that.</w:t>
      </w:r>
    </w:p>
    <w:p w14:paraId="09493C1E" w14:textId="77777777" w:rsidR="00B17F2E" w:rsidRDefault="003B0795">
      <w:r>
        <w:t>:43 Ohh, feel like a in a wi-fi-oh, right? I just realised this is ignorance building. Yes, Pippa.</w:t>
      </w:r>
    </w:p>
    <w:p w14:paraId="5994105B" w14:textId="77777777" w:rsidR="00B17F2E" w:rsidRDefault="003B0795">
      <w:r>
        <w:t>:53 That used to be on display in the URS when I was a student. When I was in my PhD, that building at the URS, the model. Do you remember it? Yeah.</w:t>
      </w:r>
    </w:p>
    <w:p w14:paraId="20445B83" w14:textId="77777777" w:rsidR="00B17F2E" w:rsidRDefault="003B0795">
      <w:r>
        <w:t>:02 Was it intimately 129 North Order it was? Yeah, I forgot the code now. I stole the thing off my door when we left that building. So I've got it in my basement. There's Dr. Graeme Larsen, I don't know, N309 or something. Yeah, we couldn't steal that. We would have taken a lot of other names with this.</w:t>
      </w:r>
    </w:p>
    <w:p w14:paraId="79776C01" w14:textId="77777777" w:rsidR="00B17F2E" w:rsidRDefault="003B0795">
      <w:r>
        <w:t>:22 Right, start with on this.</w:t>
      </w:r>
    </w:p>
    <w:p w14:paraId="75776423" w14:textId="77777777" w:rsidR="00B17F2E" w:rsidRDefault="003B0795">
      <w:r>
        <w:t>:26 Ohh, speaking of my...</w:t>
      </w:r>
    </w:p>
    <w:p w14:paraId="004983A3" w14:textId="77777777" w:rsidR="00B17F2E" w:rsidRDefault="003B0795">
      <w:r>
        <w:t>:28 When I say stole, I feel I helped the refill. When is the refill, please? When it started, it's all happening, isn't it? There's some brilliant footage of it online now. Yeah, it's actually happening about 10 years later. It's actually shame. It's taking so long. Okay, so funders.</w:t>
      </w:r>
    </w:p>
    <w:p w14:paraId="1F4BAD81" w14:textId="77777777" w:rsidR="00B17F2E" w:rsidRDefault="003B0795">
      <w:r>
        <w:t>:45 Do you got?</w:t>
      </w:r>
    </w:p>
    <w:p w14:paraId="354BE490" w14:textId="77777777" w:rsidR="00B17F2E" w:rsidRDefault="003B0795">
      <w:r>
        <w:t>:51 And.</w:t>
      </w:r>
    </w:p>
    <w:p w14:paraId="3B8C411A" w14:textId="77777777" w:rsidR="00B17F2E" w:rsidRDefault="003B0795">
      <w:r>
        <w:t>:53 I'm gonna call this, this is, we do it by the status, does that help at all? Funding, yeah, I don't know what we bring this.</w:t>
      </w:r>
    </w:p>
    <w:p w14:paraId="0EAA65A7" w14:textId="77777777" w:rsidR="00B17F2E" w:rsidRDefault="003B0795">
      <w:r>
        <w:t>:02 But it gives somebody something that we have to turn on to. Yeah, yeah, we can connect to. I think through to seven or whatever it is. Yeah, but I'm going to call it due diligence stage. OK. Research of it.</w:t>
      </w:r>
    </w:p>
    <w:p w14:paraId="3A0A7E07" w14:textId="77777777" w:rsidR="00B17F2E" w:rsidRDefault="003B0795">
      <w:r>
        <w:lastRenderedPageBreak/>
        <w:t>:17 come all deep, but that was the due diligence stage followed by</w:t>
      </w:r>
    </w:p>
    <w:p w14:paraId="3F919B86" w14:textId="77777777" w:rsidR="00B17F2E" w:rsidRDefault="003B0795">
      <w:r>
        <w:t>:25 Not initial investment.</w:t>
      </w:r>
    </w:p>
    <w:p w14:paraId="50083A5F" w14:textId="77777777" w:rsidR="00B17F2E" w:rsidRDefault="003B0795">
      <w:r>
        <w:t>:28 Where your rebel stages will kick off.</w:t>
      </w:r>
    </w:p>
    <w:p w14:paraId="66B42E6B" w14:textId="77777777" w:rsidR="00B17F2E" w:rsidRDefault="003B0795">
      <w:r>
        <w:t>:36 That'll be your feasibility will start.</w:t>
      </w:r>
    </w:p>
    <w:p w14:paraId="2965ABE5" w14:textId="77777777" w:rsidR="00B17F2E" w:rsidRDefault="003B0795">
      <w:r>
        <w:t>:29 I'm gripped forward. You have proper designer.</w:t>
      </w:r>
    </w:p>
    <w:p w14:paraId="3C802EAF" w14:textId="77777777" w:rsidR="00B17F2E" w:rsidRDefault="003B0795">
      <w:r>
        <w:t>:36 And all this.</w:t>
      </w:r>
    </w:p>
    <w:p w14:paraId="1C8BB5C9" w14:textId="77777777" w:rsidR="00B17F2E" w:rsidRDefault="003B0795">
      <w:r>
        <w:t>:50 Mhm.</w:t>
      </w:r>
    </w:p>
    <w:p w14:paraId="36C99B10" w14:textId="77777777" w:rsidR="00B17F2E" w:rsidRDefault="003B0795">
      <w:r>
        <w:t>:06 Um...</w:t>
      </w:r>
    </w:p>
    <w:p w14:paraId="6F4E93BE" w14:textId="77777777" w:rsidR="00B17F2E" w:rsidRDefault="003B0795">
      <w:r>
        <w:t>:20 It's under pre-construction, enabling words construction, and then.</w:t>
      </w:r>
    </w:p>
    <w:p w14:paraId="3486E58C" w14:textId="77777777" w:rsidR="00B17F2E" w:rsidRDefault="003B0795">
      <w:r>
        <w:t>:28 The first discharge of condition will happen at that point. Actually, it happened here. It can't keep over this speed.</w:t>
      </w:r>
    </w:p>
    <w:p w14:paraId="3620F9B6" w14:textId="77777777" w:rsidR="00B17F2E" w:rsidRDefault="003B0795">
      <w:r>
        <w:t>:45 Then, obviously, rebel 6 for construction.</w:t>
      </w:r>
    </w:p>
    <w:p w14:paraId="2A188A65" w14:textId="77777777" w:rsidR="00B17F2E" w:rsidRDefault="003B0795">
      <w:r>
        <w:t>:51 Now, if I do funding with this, and where the capital spend tends to happen.</w:t>
      </w:r>
    </w:p>
    <w:p w14:paraId="0A81FEEA" w14:textId="77777777" w:rsidR="00B17F2E" w:rsidRDefault="003B0795">
      <w:r>
        <w:t>:59 And cool. That might help, yeah, plot it out.</w:t>
      </w:r>
    </w:p>
    <w:p w14:paraId="381D0FA8" w14:textId="77777777" w:rsidR="00B17F2E" w:rsidRDefault="003B0795">
      <w:r>
        <w:t>:04 So.</w:t>
      </w:r>
    </w:p>
    <w:p w14:paraId="4DEE5FCB" w14:textId="77777777" w:rsidR="00B17F2E" w:rsidRDefault="003B0795">
      <w:r>
        <w:t>:06 To go with.</w:t>
      </w:r>
    </w:p>
    <w:p w14:paraId="4CDDDEB0" w14:textId="77777777" w:rsidR="00B17F2E" w:rsidRDefault="003B0795">
      <w:r>
        <w:t>:18 Are we looking at all the stakeholders in the team or are we just assuming design team as one whole? Ahh. I'd say assume it's one for now, but knowing that we could unpack that, yeah, as we want to being really annoying. Anki, you've got due diligence as a column and your stakeholders are now in the way, so if you just shove the whiteboard to the right, so that you've got no, the other way.</w:t>
      </w:r>
    </w:p>
    <w:p w14:paraId="76B4EE03" w14:textId="77777777" w:rsidR="00B17F2E" w:rsidRDefault="003B0795">
      <w:r>
        <w:t>:42 Yeah, so now that's it there again.</w:t>
      </w:r>
    </w:p>
    <w:p w14:paraId="161BCE65" w14:textId="77777777" w:rsidR="00B17F2E" w:rsidRDefault="003B0795">
      <w:r>
        <w:t>:47 So, the developer goes under the front, does it? It's not part of key division, so are you writing it? No, it's further down.</w:t>
      </w:r>
    </w:p>
    <w:p w14:paraId="43C9C259" w14:textId="77777777" w:rsidR="00B17F2E" w:rsidRDefault="003B0795">
      <w:r>
        <w:t>:56 Because, actually...</w:t>
      </w:r>
    </w:p>
    <w:p w14:paraId="2E319904" w14:textId="77777777" w:rsidR="00B17F2E" w:rsidRDefault="003B0795">
      <w:r>
        <w:t>:58 You can almost say a little bit further. They will come in the TV.</w:t>
      </w:r>
    </w:p>
    <w:p w14:paraId="3FC7E946" w14:textId="77777777" w:rsidR="00B17F2E" w:rsidRDefault="003B0795">
      <w:r>
        <w:t>:06 come and there in that phase. You'll have the design team coming in at that phase. You'll have.</w:t>
      </w:r>
    </w:p>
    <w:p w14:paraId="734CEC75" w14:textId="77777777" w:rsidR="00B17F2E" w:rsidRDefault="003B0795">
      <w:r>
        <w:lastRenderedPageBreak/>
        <w:t>:16 Now it depends on how you're procuring it, because stage 3 plus is very, very popular at the moment because of the way the risk is transferred across. So basically what you do is at that point you just get concept design to this point.</w:t>
      </w:r>
    </w:p>
    <w:p w14:paraId="69183006" w14:textId="77777777" w:rsidR="00B17F2E" w:rsidRDefault="003B0795">
      <w:r>
        <w:t>:32 never adds up and then you transfer all that risk for delivery and design to the contractor. That seems to be the more popular mechanism. So I would say...</w:t>
      </w:r>
    </w:p>
    <w:p w14:paraId="5FF74931" w14:textId="77777777" w:rsidR="00B17F2E" w:rsidRDefault="003B0795">
      <w:r>
        <w:t>:43 Being contracted coming in here.</w:t>
      </w:r>
    </w:p>
    <w:p w14:paraId="2CBFD609" w14:textId="77777777" w:rsidR="00B17F2E" w:rsidRDefault="003B0795">
      <w:r>
        <w:t>:47 to to up there. That's when they come in. Okay, so there's some of the stakeholders at different stages. Yeah. Okay. Now I need to plot out the finance.</w:t>
      </w:r>
    </w:p>
    <w:p w14:paraId="5682ED10" w14:textId="77777777" w:rsidR="00B17F2E" w:rsidRDefault="003B0795">
      <w:r>
        <w:t>:12 Pre-planning spend.</w:t>
      </w:r>
    </w:p>
    <w:p w14:paraId="77CD57D3" w14:textId="77777777" w:rsidR="00B17F2E" w:rsidRDefault="003B0795">
      <w:r>
        <w:t>:15 Kind of there.</w:t>
      </w:r>
    </w:p>
    <w:p w14:paraId="1BAF31C4" w14:textId="77777777" w:rsidR="00B17F2E" w:rsidRDefault="003B0795">
      <w:r>
        <w:t>:19 That will then, then you have a PCSA element that will sit there.</w:t>
      </w:r>
    </w:p>
    <w:p w14:paraId="2B14E646" w14:textId="77777777" w:rsidR="00B17F2E" w:rsidRDefault="003B0795">
      <w:r>
        <w:t>:26 because that again is not the most popular one.</w:t>
      </w:r>
    </w:p>
    <w:p w14:paraId="5BD2DC80" w14:textId="77777777" w:rsidR="00B17F2E" w:rsidRDefault="003B0795">
      <w:r>
        <w:t>:29 and then you have a construction contract to come in there. Okay. But</w:t>
      </w:r>
    </w:p>
    <w:p w14:paraId="436208DF" w14:textId="77777777" w:rsidR="00B17F2E" w:rsidRDefault="003B0795">
      <w:r>
        <w:t>:37 Maybe.</w:t>
      </w:r>
    </w:p>
    <w:p w14:paraId="22FB1BD8" w14:textId="77777777" w:rsidR="00B17F2E" w:rsidRDefault="003B0795">
      <w:r>
        <w:t>:40 And where does occupancy sit? Occupancy sits in here.</w:t>
      </w:r>
    </w:p>
    <w:p w14:paraId="1667F63A" w14:textId="77777777" w:rsidR="00B17F2E" w:rsidRDefault="003B0795">
      <w:r>
        <w:t>:45 Is. I just had a thought. Partnerships.</w:t>
      </w:r>
    </w:p>
    <w:p w14:paraId="2D5DD0DC" w14:textId="77777777" w:rsidR="00B17F2E" w:rsidRDefault="003B0795">
      <w:r>
        <w:t>:51 There you go. Draw that line down there.</w:t>
      </w:r>
    </w:p>
    <w:p w14:paraId="03224DD6" w14:textId="77777777" w:rsidR="00B17F2E" w:rsidRDefault="003B0795">
      <w:r>
        <w:t>:56 You've had so Rebus 6 is construction. Yeah, construction, then you got your handover. At.</w:t>
      </w:r>
    </w:p>
    <w:p w14:paraId="5610A9E9" w14:textId="77777777" w:rsidR="00B17F2E" w:rsidRDefault="003B0795">
      <w:r>
        <w:t>:12 1. Ohh.</w:t>
      </w:r>
    </w:p>
    <w:p w14:paraId="58533F10" w14:textId="77777777" w:rsidR="00B17F2E" w:rsidRDefault="003B0795">
      <w:r>
        <w:t>:17 OK, one thing that carries on through this.</w:t>
      </w:r>
    </w:p>
    <w:p w14:paraId="0CA73D7B" w14:textId="77777777" w:rsidR="00B17F2E" w:rsidRDefault="003B0795">
      <w:r>
        <w:t>:23 From top here. Look at that. The defects liability period, that goes on for about 12 years. And that's usually about year 11 when everyone wakes up and starts looking at all of these issues.</w:t>
      </w:r>
    </w:p>
    <w:p w14:paraId="06EE440C" w14:textId="77777777" w:rsidR="00B17F2E" w:rsidRDefault="003B0795">
      <w:r>
        <w:t>:48 Does defect liability include delivery of social value or is it just about? There are elements of the social value which will apply only to this specifically. Can you just write what this might be? This is something which will be part of your construction warranty that will be given to you and your two year defective liability period that will sit here.</w:t>
      </w:r>
    </w:p>
    <w:p w14:paraId="7DB521D9" w14:textId="77777777" w:rsidR="00B17F2E" w:rsidRDefault="003B0795">
      <w:r>
        <w:t xml:space="preserve">:13 That is primarily down to any defects in construction. Yeah. Any defects in Windows, blah, blah, blah. Yeah. But after that, what about the council saying, actually, you haven't </w:t>
      </w:r>
      <w:r>
        <w:lastRenderedPageBreak/>
        <w:t>delivered better wellbeing. That is section 106. So that's entirely section 106. And where is that? So that, like I said, the discharge of those conditions is happening here.</w:t>
      </w:r>
    </w:p>
    <w:p w14:paraId="28E08974" w14:textId="77777777" w:rsidR="00B17F2E" w:rsidRDefault="003B0795">
      <w:r>
        <w:t>:38 But that's not saying, that's saying, I think what you're going to provide me is going to be very good and you've done your best. But who actually says actually what you have done? It is sometimes, again, depending on the good ones, the section 16 and we'll do a cheque there. Yeah, but that's before. Occupancy. Occupancy. Exactly. So is all the risk about delivering on social value discharged before occupancy? Pretty much. Wow. Yeah, pretty much. Because basically, at this point, you're handing the site</w:t>
      </w:r>
      <w:r>
        <w:t xml:space="preserve"> over to the occupants. So they've got to discharge all the conditions before that. So for example, a good one is</w:t>
      </w:r>
    </w:p>
    <w:p w14:paraId="4905F84A" w14:textId="77777777" w:rsidR="00B17F2E" w:rsidRDefault="003B0795">
      <w:r>
        <w:t>:18 Barclays, where I live. So Barclays have handed it off to Bracknell Forest, who've inadvertently carried that risk onto themselves. They've already handed over the roads, the pavements, all of that last year, and they're still on site because our defects period is still on. So our two year period is still on.</w:t>
      </w:r>
    </w:p>
    <w:p w14:paraId="0512FDDC" w14:textId="77777777" w:rsidR="00B17F2E" w:rsidRDefault="003B0795">
      <w:r>
        <w:t>:37 which means there are people who have occupied after us who still have that in face. So can we can we write something where that green vertical line is then saying that, you know, like the majority of the social risk has been assessed by that point of support to those effects then? Because that's news to me.</w:t>
      </w:r>
    </w:p>
    <w:p w14:paraId="44A1A5A2" w14:textId="77777777" w:rsidR="00B17F2E" w:rsidRDefault="003B0795">
      <w:r>
        <w:t>:57 But.</w:t>
      </w:r>
    </w:p>
    <w:p w14:paraId="085C00FC" w14:textId="77777777" w:rsidR="00B17F2E" w:rsidRDefault="003B0795">
      <w:r>
        <w:t>:58 But it also says, I mean, section 6 is all about delivering improvements for the residents. Yeah. Mhm. And so if you're discharging that by the time you get to your green line, you're basically saying, we think that your initial design, we think that you've delivered what you said you're going to deliver, and that in turn is going to get us the social value improvement.</w:t>
      </w:r>
    </w:p>
    <w:p w14:paraId="4C9E81D0" w14:textId="77777777" w:rsidR="00B17F2E" w:rsidRDefault="003B0795">
      <w:r>
        <w:t>:22 or the social impact improvement. Yeah.</w:t>
      </w:r>
    </w:p>
    <w:p w14:paraId="77E6E03A" w14:textId="77777777" w:rsidR="00B17F2E" w:rsidRDefault="003B0795">
      <w:r>
        <w:t>:25 But who is testing whether that actually happens? Who's testing it? Because in essence of that point, you're talking about something that's built as a physical structure, social values, not physical.</w:t>
      </w:r>
    </w:p>
    <w:p w14:paraId="6F34FED6" w14:textId="77777777" w:rsidR="00B17F2E" w:rsidRDefault="003B0795">
      <w:r>
        <w:t>:38 So essentially, a good example of that is.</w:t>
      </w:r>
    </w:p>
    <w:p w14:paraId="5F215BFD" w14:textId="77777777" w:rsidR="00B17F2E" w:rsidRDefault="003B0795">
      <w:r>
        <w:t>:42 As a section 106 agreement, you need to be able to provide a school.</w:t>
      </w:r>
    </w:p>
    <w:p w14:paraId="1DD2E9AE" w14:textId="77777777" w:rsidR="00B17F2E" w:rsidRDefault="003B0795">
      <w:r>
        <w:t>:47 for certain children, certain age groups in that location. Have you done that? Yes, that's it. But a lot of this sort of will be stuck and all that is involved in interviewing occupiers to say, how do you feel now? So this is kind of a baseline and then. Is that a year down the track or is that as it's handed over or? It's usually around this point here. So it's in this when the handover face, when they'll have those and you'll have, obviously, you'll have occupancy surveys as well, will come in.</w:t>
      </w:r>
    </w:p>
    <w:p w14:paraId="3F5B79D9" w14:textId="77777777" w:rsidR="00B17F2E" w:rsidRDefault="003B0795">
      <w:r>
        <w:t xml:space="preserve">:19 And if the documentation updates turn out to be, no, we hate it, it's really not very good. What happens? Then depending on what controls the council has at that time, they will be </w:t>
      </w:r>
      <w:r>
        <w:lastRenderedPageBreak/>
        <w:t>able to apply for remediation or apply for, they'll apply fines and the rest. To who? To the developer. Not the developer company.</w:t>
      </w:r>
    </w:p>
    <w:p w14:paraId="335E582B" w14:textId="77777777" w:rsidR="00B17F2E" w:rsidRDefault="003B0795">
      <w:r>
        <w:t>:38 The development company, sorry. To the development company. Yeah, that's why they keep that at an arm's length because essentially they've transferred the risk off. So that development and usually what tends to happen is...</w:t>
      </w:r>
    </w:p>
    <w:p w14:paraId="45693766" w14:textId="77777777" w:rsidR="00B17F2E" w:rsidRDefault="003B0795">
      <w:r>
        <w:t>:50 At this point, that development company that has been set up is winded down.</w:t>
      </w:r>
    </w:p>
    <w:p w14:paraId="707F0C5C" w14:textId="77777777" w:rsidR="00B17F2E" w:rsidRDefault="003B0795">
      <w:r>
        <w:t>:55 Yes, and that's exactly what has happened in Kings Cross, because they've set up a new management estate management company, 'cause you know, and this, but that's not this point, actually, that is where... So the development company disappears, which means that they can't go back to buying them, to face them, to do anything, etc. And they basically reconstitute themselves as the mistake management company and move forward. So it depends where they divest the risk. So that's the other bit, is who divests</w:t>
      </w:r>
      <w:r>
        <w:t xml:space="preserve"> the risk. So if it's a pension company that has provided</w:t>
      </w:r>
    </w:p>
    <w:p w14:paraId="550A0A20" w14:textId="77777777" w:rsidR="00B17F2E" w:rsidRDefault="003B0795">
      <w:r>
        <w:t>:29 All the investment, and you said earlier that they want to hang on to it. Yeah, they will not, they, they, they want to. So, will they become part of the management company? No.</w:t>
      </w:r>
    </w:p>
    <w:p w14:paraId="7D334C42" w14:textId="77777777" w:rsidR="00B17F2E" w:rsidRDefault="003B0795">
      <w:r>
        <w:t>:39 Because they normally don't get involved in operations. So this is where there's a distinction. Development operations, they keep that at an arm's length. And it's primarily, it's a financial tool to reduce the ability of occupiers and the rest to sue the main company.</w:t>
      </w:r>
    </w:p>
    <w:p w14:paraId="340169A0" w14:textId="77777777" w:rsidR="00B17F2E" w:rsidRDefault="003B0795">
      <w:r>
        <w:t>:56 So I've got two things going on in my mind. One is if 10 years down the track.</w:t>
      </w:r>
    </w:p>
    <w:p w14:paraId="353DFD76" w14:textId="77777777" w:rsidR="00B17F2E" w:rsidRDefault="003B0795">
      <w:r>
        <w:t>:01 The urban Development, the urban regeneration is not an urban regeneration. It's an urban dustbin.</w:t>
      </w:r>
    </w:p>
    <w:p w14:paraId="263165A5" w14:textId="77777777" w:rsidR="00B17F2E" w:rsidRDefault="003B0795">
      <w:r>
        <w:t>:11 And the, and and. The residents and the council go, hell, we've still got our PC, we've still got, you know, really poor social engagement. We've still got not very well people. None of this has worked.</w:t>
      </w:r>
    </w:p>
    <w:p w14:paraId="5015333F" w14:textId="77777777" w:rsidR="00B17F2E" w:rsidRDefault="003B0795">
      <w:r>
        <w:t>:29 Yeah, what happened is...</w:t>
      </w:r>
    </w:p>
    <w:p w14:paraId="585BDC97" w14:textId="77777777" w:rsidR="00B17F2E" w:rsidRDefault="003B0795">
      <w:r>
        <w:t>:31 Committee. review and we got more lessons learned. Next time we'll do better 106. The only difference and the only place it starts to really have a sort of way back is where they are looking at affordable housing and they're looking at council housing because essentially the council is then the landlord.</w:t>
      </w:r>
    </w:p>
    <w:p w14:paraId="572A6B7D" w14:textId="77777777" w:rsidR="00B17F2E" w:rsidRDefault="003B0795">
      <w:r>
        <w:t>:53 And then, for example, and a good example of that would be overheating risk. So where flats are massively boiling and the rest, the complaints are dealt with the council. They don't get the distinction of this. But the council doesn't have any comeback on the drought company. The council can.</w:t>
      </w:r>
    </w:p>
    <w:p w14:paraId="116A8410" w14:textId="77777777" w:rsidR="00B17F2E" w:rsidRDefault="003B0795">
      <w:r>
        <w:t>:13 If we can, the thing, this is where it comes. If you take the example of Grenfell.</w:t>
      </w:r>
    </w:p>
    <w:p w14:paraId="3E5911A2" w14:textId="77777777" w:rsidR="00B17F2E" w:rsidRDefault="003B0795">
      <w:r>
        <w:lastRenderedPageBreak/>
        <w:t>:19 A lot of the companies escaped because they were able to confidently justify that what they did was within keeping with the design standards prevalent at the time. That's usually where they get up. And so if they can say, right, no, we did the assessment and onto the rules that were. Okay, so can we do a timeline?</w:t>
      </w:r>
    </w:p>
    <w:p w14:paraId="7A065A0D" w14:textId="77777777" w:rsidR="00B17F2E" w:rsidRDefault="003B0795">
      <w:r>
        <w:t>:38 that basically looks at the involvement. So take that timeline, go back to the beginning. No, just go to the right. Ohh, it didn't work. OK.</w:t>
      </w:r>
    </w:p>
    <w:p w14:paraId="60B99BA2" w14:textId="77777777" w:rsidR="00B17F2E" w:rsidRDefault="003B0795">
      <w:r>
        <w:t>:49 So let's look at people's involvement. So let's look at the people who are taking over. So you've got, what about, so the investment, the main of the investment people, the free thing we funding, pre-funders? Yeah.</w:t>
      </w:r>
    </w:p>
    <w:p w14:paraId="4B9479E1" w14:textId="77777777" w:rsidR="00B17F2E" w:rsidRDefault="003B0795">
      <w:r>
        <w:t>:07 But I know they're there, but it doesn't tell me where they're involved in the project. Are they involved? They're involved from are they involved all the way through to multiplication? Depending on their exit. So who flips? How does that flipping work? It does one way of putting it. Because in an urban regeneration project, you've got infrastructure.</w:t>
      </w:r>
    </w:p>
    <w:p w14:paraId="1A149963" w14:textId="77777777" w:rsidR="00B17F2E" w:rsidRDefault="003B0795">
      <w:r>
        <w:t>:32 Employees.</w:t>
      </w:r>
    </w:p>
    <w:p w14:paraId="234D2CFB" w14:textId="77777777" w:rsidR="00B17F2E" w:rsidRDefault="003B0795">
      <w:r>
        <w:t>:34 And st bumping and. Mhm. Electricity.</w:t>
      </w:r>
    </w:p>
    <w:p w14:paraId="62C34DA2" w14:textId="77777777" w:rsidR="00B17F2E" w:rsidRDefault="003B0795">
      <w:r>
        <w:t>:42 You've got housing, you've got.</w:t>
      </w:r>
    </w:p>
    <w:p w14:paraId="79861F62" w14:textId="77777777" w:rsidR="00B17F2E" w:rsidRDefault="003B0795">
      <w:r>
        <w:t>:47 Picture.</w:t>
      </w:r>
    </w:p>
    <w:p w14:paraId="296EE325" w14:textId="77777777" w:rsidR="00B17F2E" w:rsidRDefault="003B0795">
      <w:r>
        <w:t>:49 you've got all those other bits that make up urban regeneration. Right. Let me, let me just brief. So presumably, as you said, the infrastructure gets flipped to council. So nobody owns that. So do you make money out of that? Do you make money out of that? I just don't understand how that or maybe I'm being stupid. You have to, you're providing it, but you're building in the cost of providing it into all the retail housing that you're selling. Yeah. Which is why, you know, I would be.</w:t>
      </w:r>
    </w:p>
    <w:p w14:paraId="1E0CD5B0" w14:textId="77777777" w:rsidR="00B17F2E" w:rsidRDefault="003B0795">
      <w:r>
        <w:t>:20 Council prices, etcetera, etcetera, probably the end of it should be. Exactly. So essentially this is roughly a mix of what you tend to get in urban region. But recent example, Lexicon, just been flipped for 750 million on the market. Amazon currently on Oracle.</w:t>
      </w:r>
    </w:p>
    <w:p w14:paraId="6D6E9335" w14:textId="77777777" w:rsidR="00B17F2E" w:rsidRDefault="003B0795">
      <w:r>
        <w:t>:40 they're going to be doing the same thing. I know because we've been helping them. So essentially what they tend to do is...</w:t>
      </w:r>
    </w:p>
    <w:p w14:paraId="46124307" w14:textId="77777777" w:rsidR="00B17F2E" w:rsidRDefault="003B0795">
      <w:r>
        <w:t>:47 This will carry a certain amount of yield back to them. What's that say? RESI. So, because every RESI unit will have a small percentage, they'll go back. So, tell me, so write down where that, when that is realised by the person who invested in it.</w:t>
      </w:r>
    </w:p>
    <w:p w14:paraId="45A2373D" w14:textId="77777777" w:rsidR="00B17F2E" w:rsidRDefault="003B0795">
      <w:r>
        <w:t>:11 What point of sale? So, Resi, they'll have a certain, maybe say 10%, that's a little high, but usually it's about that. The retail, because they'll have already agreed the kind of structuring of that mechanism with the development company. So, for example, Hammerson will do the third.</w:t>
      </w:r>
    </w:p>
    <w:p w14:paraId="7B2DF4E0" w14:textId="77777777" w:rsidR="00B17F2E" w:rsidRDefault="003B0795">
      <w:r>
        <w:lastRenderedPageBreak/>
        <w:t>:30 will be the development company, but they will get funders for this for the Oracle scheme. They will agree that for every flat they sell based on a certain value, they'll get X amount back. Retail would be the same, but they won't be selling this cash generation. So this is on mute.</w:t>
      </w:r>
    </w:p>
    <w:p w14:paraId="2D182DC9" w14:textId="77777777" w:rsidR="00B17F2E" w:rsidRDefault="003B0795">
      <w:r>
        <w:t>:50 That's basically rental. Yes.</w:t>
      </w:r>
    </w:p>
    <w:p w14:paraId="13A14DF7" w14:textId="77777777" w:rsidR="00B17F2E" w:rsidRDefault="003B0795">
      <w:r>
        <w:t>:53 car parks, cash generation, you get a portion of the yield.</w:t>
      </w:r>
    </w:p>
    <w:p w14:paraId="2E38BD52" w14:textId="77777777" w:rsidR="00B17F2E" w:rsidRDefault="003B0795">
      <w:r>
        <w:t>:59 Schools.</w:t>
      </w:r>
    </w:p>
    <w:p w14:paraId="51C3BC4B" w14:textId="77777777" w:rsidR="00B17F2E" w:rsidRDefault="003B0795">
      <w:r>
        <w:t>:01 Again, that funding mechanism is, it baffles me, so I don't know how it works, but I presume there's an agreement with the DFE and the rest. If it's a DFE funded school, if it's a private school, they will just get a certain amount of the fees that's paid and the number of school students that use it. And then commercial, again, it depends if they are.</w:t>
      </w:r>
    </w:p>
    <w:p w14:paraId="5D1B6A5A" w14:textId="77777777" w:rsidR="00B17F2E" w:rsidRDefault="003B0795">
      <w:r>
        <w:t>:21 If they're looking at, they look at rental yield.</w:t>
      </w:r>
    </w:p>
    <w:p w14:paraId="7FCBE81E" w14:textId="77777777" w:rsidR="00B17F2E" w:rsidRDefault="003B0795">
      <w:r>
        <w:t>:25 Or, if somebody's purchasing, does this get up on the sale? So who gets 10%?</w:t>
      </w:r>
    </w:p>
    <w:p w14:paraId="4C94B68B" w14:textId="77777777" w:rsidR="00B17F2E" w:rsidRDefault="003B0795">
      <w:r>
        <w:t>:36 The funders. This is all for the funders. No, the development company will have their own of this. So all of the 100%, they'll divvy it up, basically. Depending on how the funding mechanism works and the rest. The development, the developer would have agreed, right, we're going to get 10% of all the sales yields, etc. Ultimately, it's the funders' money, they will get the lion's share.</w:t>
      </w:r>
    </w:p>
    <w:p w14:paraId="002BBEDA" w14:textId="77777777" w:rsidR="00B17F2E" w:rsidRDefault="003B0795">
      <w:r>
        <w:t>:03 That 10% is just kind of...</w:t>
      </w:r>
    </w:p>
    <w:p w14:paraId="29456832" w14:textId="77777777" w:rsidR="00B17F2E" w:rsidRDefault="003B0795">
      <w:r>
        <w:t>:05 So they believe that they all get their financial wants. So we're going to get all of this as long as all these conditions are met. Yeah.</w:t>
      </w:r>
    </w:p>
    <w:p w14:paraId="66BB0614" w14:textId="77777777" w:rsidR="00B17F2E" w:rsidRDefault="003B0795">
      <w:r>
        <w:t>:13 And then if you go down, so, but you said that different people flip at different times. So some people sell at five years, some people keep hold of it. That's basically this portion. So they would go, right, I want five year rent.</w:t>
      </w:r>
    </w:p>
    <w:p w14:paraId="2FE5132B" w14:textId="77777777" w:rsidR="00B17F2E" w:rsidRDefault="003B0795">
      <w:r>
        <w:t>:27 and then they'll put it on the market. Because what they're also waiting for is the capital, the capital value of the asset to go up as well. And the residential is generally sold. Point of sale, or if it's built to rent, then in that case, it's a cash generation option. And the retail is same. Yeah.</w:t>
      </w:r>
    </w:p>
    <w:p w14:paraId="021D33AA" w14:textId="77777777" w:rsidR="00B17F2E" w:rsidRDefault="003B0795">
      <w:r>
        <w:t xml:space="preserve">:45 And they're usually packaged up and sold anyway. So when they're flipping it, they don't flip all of it at once. Lexicon is an interesting one. They've actually flipped the whole thing in one go, which is they who? The funders. The ultimate funders have kept it for seven years since it was done and then flipped it for 750 million. And they spent. And then they give something back to the developer. Because this is something I don't know. Let's say it was an investment, a petrol fund. Yeah. Is the person </w:t>
      </w:r>
      <w:r>
        <w:t xml:space="preserve">would be, they put the money up. Yeah. They </w:t>
      </w:r>
      <w:r>
        <w:lastRenderedPageBreak/>
        <w:t>own the assets. Yeah. The developer. Has already cashed out at that point. It is the assets. Yeah. And the financial thing then says, thank you very much. You've just started with duty.</w:t>
      </w:r>
    </w:p>
    <w:p w14:paraId="3553A879" w14:textId="77777777" w:rsidR="00B17F2E" w:rsidRDefault="003B0795">
      <w:r>
        <w:t>:26 Here's your cart. That's it done. And at what point does, so at that point,</w:t>
      </w:r>
    </w:p>
    <w:p w14:paraId="6572E7C6" w14:textId="77777777" w:rsidR="00B17F2E" w:rsidRDefault="003B0795">
      <w:r>
        <w:t>:38 So the developer flips it always at a particular point, unless they're part of the funding company. Yeah.</w:t>
      </w:r>
    </w:p>
    <w:p w14:paraId="04328228" w14:textId="77777777" w:rsidR="00B17F2E" w:rsidRDefault="003B0795">
      <w:r>
        <w:t>:47 So, as soon as the developer is out of the equation, then the... Thunder.</w:t>
      </w:r>
    </w:p>
    <w:p w14:paraId="20B7E93D" w14:textId="77777777" w:rsidR="00B17F2E" w:rsidRDefault="003B0795">
      <w:r>
        <w:t>:54 has no kickback in terms of achievements of social value.</w:t>
      </w:r>
    </w:p>
    <w:p w14:paraId="4A7B7F2F" w14:textId="77777777" w:rsidR="00B17F2E" w:rsidRDefault="003B0795">
      <w:r>
        <w:t>:00 They become asset owners anyway, because then in that case, they're just picking the asset for what it's worth, and they can choose an exit point if they get the right fee for it. So in terms of who takes the risk for actual long-term social value, it's the financer.</w:t>
      </w:r>
    </w:p>
    <w:p w14:paraId="7ECB067C" w14:textId="77777777" w:rsidR="00B17F2E" w:rsidRDefault="003B0795">
      <w:r>
        <w:t>:19 Yeah, the ultimate, but they don't have a mechanism to actually, but the mechanism is. That's exactly my point. It's like, so then really, if this, if this, there's only reputational risks still. Yeah. The only physical risk to carry is in this period.</w:t>
      </w:r>
    </w:p>
    <w:p w14:paraId="4DC4D023" w14:textId="77777777" w:rsidR="00B17F2E" w:rsidRDefault="003B0795">
      <w:r>
        <w:t>:44 But in that case, it'll probably be...</w:t>
      </w:r>
    </w:p>
    <w:p w14:paraId="1271A9C1" w14:textId="77777777" w:rsidR="00B17F2E" w:rsidRDefault="003B0795">
      <w:r>
        <w:t>:47 This guy here will take who will take the blame. Exactly. So essentially what they do with the way the funding works, they dilute out their social risk, only down to a reputation level, because ultimately reputation will get hit. And if a pension fund is found doing unethical practices, they will not get invested in that. So that's the ultimate risk for them.</w:t>
      </w:r>
    </w:p>
    <w:p w14:paraId="2D8A1F31" w14:textId="77777777" w:rsidR="00B17F2E" w:rsidRDefault="003B0795">
      <w:r>
        <w:t>:12 But the way the system is set up is to almost take that risk completely out and chuck it down there to an estate management company who's got no control over any of the design process, any of the funding mechanisms, and then you're just left with that. And that risk is a risk of</w:t>
      </w:r>
    </w:p>
    <w:p w14:paraId="26DB589E" w14:textId="77777777" w:rsidR="00B17F2E" w:rsidRDefault="003B0795">
      <w:r>
        <w:t>:33 Yeah, because how does this person?</w:t>
      </w:r>
    </w:p>
    <w:p w14:paraId="47E3799E" w14:textId="77777777" w:rsidR="00B17F2E" w:rsidRDefault="003B0795">
      <w:r>
        <w:t>:40 Sue this person. For, because essentially.</w:t>
      </w:r>
    </w:p>
    <w:p w14:paraId="7CBD8287" w14:textId="77777777" w:rsidR="00B17F2E" w:rsidRDefault="003B0795">
      <w:r>
        <w:t>:46 All these guys have gone.</w:t>
      </w:r>
    </w:p>
    <w:p w14:paraId="0D4576F9" w14:textId="77777777" w:rsidR="00B17F2E" w:rsidRDefault="003B0795">
      <w:r>
        <w:t>:49 So it can, this is backstop one. If it fails here and you can actually prove that they didn't do something because these guys didn't do something.</w:t>
      </w:r>
    </w:p>
    <w:p w14:paraId="3CF1E0BC" w14:textId="77777777" w:rsidR="00B17F2E" w:rsidRDefault="003B0795">
      <w:r>
        <w:t>:58 Their liabilities next.</w:t>
      </w:r>
    </w:p>
    <w:p w14:paraId="26476191" w14:textId="77777777" w:rsidR="00B17F2E" w:rsidRDefault="003B0795">
      <w:r>
        <w:t>:02 and then the developer, by then they've already gone different. Yes. So if we go back to our title of the intertwining of risk of social values.</w:t>
      </w:r>
    </w:p>
    <w:p w14:paraId="1B76C647" w14:textId="77777777" w:rsidR="00B17F2E" w:rsidRDefault="003B0795">
      <w:r>
        <w:t>:15 ML.</w:t>
      </w:r>
    </w:p>
    <w:p w14:paraId="36A15A06" w14:textId="77777777" w:rsidR="00B17F2E" w:rsidRDefault="003B0795">
      <w:r>
        <w:t>:19 It, it's more the...</w:t>
      </w:r>
    </w:p>
    <w:p w14:paraId="670775EA" w14:textId="77777777" w:rsidR="00B17F2E" w:rsidRDefault="003B0795">
      <w:r>
        <w:lastRenderedPageBreak/>
        <w:t>:23 A portion of. I'm keen to know where the frameworks that are in the initial paper that they've tried to, you know, the different three or four frameworks, whatever they have made was, for understanding this, how they fit to what we've. They seem to deal with the planners. Well, that's just so that's QY6.</w:t>
      </w:r>
    </w:p>
    <w:p w14:paraId="244374C4" w14:textId="77777777" w:rsidR="00B17F2E" w:rsidRDefault="003B0795">
      <w:r>
        <w:t>:10 So that they can tick it off at handover. Is that right? Sorry, I missed all of that because I was just responding. So all of those frameworks that we wrote about in our first paper. Yeah. Well be, I can't remember the. Pride, was it? Pride, Pride, yeah, and something else. Yeah. Those are all marketing mechanisms. Well, but they're all planning, they're all planning hoops as well. Yeah, they're planning, yeah, because the construct the development companies and the...</w:t>
      </w:r>
    </w:p>
    <w:p w14:paraId="4AE3461D" w14:textId="77777777" w:rsidR="00B17F2E" w:rsidRDefault="003B0795">
      <w:r>
        <w:t>:41 From the question mark. So you almost want to look at it is if they had not done that, would that scheme on that size have gone through? They would be some of them who would be refusing to sell or refusing to agree with the development, opposing the development. It usually works in paving that way.</w:t>
      </w:r>
    </w:p>
    <w:p w14:paraId="0C05A83F" w14:textId="77777777" w:rsidR="00B17F2E" w:rsidRDefault="003B0795">
      <w:r>
        <w:t>:00 Way through, so it create that roadblock is kind of reduced to just to speed up. So, interestingly, roadblock to speed hump. That's a nice one. That's a good one.</w:t>
      </w:r>
    </w:p>
    <w:p w14:paraId="501426F8" w14:textId="77777777" w:rsidR="00B17F2E" w:rsidRDefault="003B0795">
      <w:r>
        <w:t>:57 Let's go back to doing these hoops and who defines what the hoops are. So actually,</w:t>
      </w:r>
    </w:p>
    <w:p w14:paraId="3027C6C5" w14:textId="77777777" w:rsidR="00B17F2E" w:rsidRDefault="003B0795">
      <w:r>
        <w:t>:15 Well, basically... Council and they're not even council. What are they? So they they are basically stuff that related origin have done. I mean, if you think about it from a like almost like a service based organization, they've gone factory. We need customer service that says this is an amazing development. OK, right? Yep. Let's so basically they've been formulated. In a way to represent how residents and councils think and what they will think of as good social value.</w:t>
      </w:r>
    </w:p>
    <w:p w14:paraId="010142C5" w14:textId="77777777" w:rsidR="00B17F2E" w:rsidRDefault="003B0795">
      <w:r>
        <w:t>We've got a series of baseball oops.</w:t>
      </w:r>
    </w:p>
    <w:p w14:paraId="286B32D2" w14:textId="77777777" w:rsidR="00B17F2E" w:rsidRDefault="003B0795">
      <w:r>
        <w:t>Almost like knowledge creation in practise as well, yeah. Okay, construction.</w:t>
      </w:r>
    </w:p>
    <w:p w14:paraId="33895F0F" w14:textId="77777777" w:rsidR="00B17F2E" w:rsidRDefault="003B0795">
      <w:r>
        <w:t>:52 And we're looking at risk and social value. Is that right? I was just going to plot where social value exists and where the risk is. One red, take one by one.</w:t>
      </w:r>
    </w:p>
    <w:p w14:paraId="38108D57" w14:textId="77777777" w:rsidR="00B17F2E" w:rsidRDefault="003B0795">
      <w:r>
        <w:t>:08 Yellow tick. Social.</w:t>
      </w:r>
    </w:p>
    <w:p w14:paraId="6E0B1E5A" w14:textId="77777777" w:rsidR="00B17F2E" w:rsidRDefault="003B0795">
      <w:r>
        <w:t>:51 Well, it probably put a very small VLE down here. very tiny one, because essentially what they're talking about is, let's use it to generate some value. Oh, no, we lost the problem.</w:t>
      </w:r>
    </w:p>
    <w:p w14:paraId="3B985FD3" w14:textId="77777777" w:rsidR="00B17F2E" w:rsidRDefault="003B0795">
      <w:r>
        <w:t>Very tiny one, because essentially what they're talking about is, let's use it to generate some value.</w:t>
      </w:r>
    </w:p>
    <w:p w14:paraId="5FA108AD" w14:textId="77777777" w:rsidR="00B17F2E" w:rsidRDefault="003B0795">
      <w:r>
        <w:t>:41 This is value, yes, and that is measured in terms of...</w:t>
      </w:r>
    </w:p>
    <w:p w14:paraId="3FD6CBAF" w14:textId="77777777" w:rsidR="00B17F2E" w:rsidRDefault="003B0795">
      <w:r>
        <w:t>:49 In terms of...</w:t>
      </w:r>
    </w:p>
    <w:p w14:paraId="2E50D590" w14:textId="77777777" w:rsidR="00B17F2E" w:rsidRDefault="003B0795">
      <w:r>
        <w:lastRenderedPageBreak/>
        <w:t>:19 That's it. Yeah. That's the hoop. That's the hoop and that defines the next hoop as a result. OK. What about risk? Or are we just going to do the circle values first? The risk element of it. Risk. Big risk. Yeah. Pioneer risk of that time.</w:t>
      </w:r>
    </w:p>
    <w:p w14:paraId="6E1DB8BF" w14:textId="77777777" w:rsidR="00B17F2E" w:rsidRDefault="003B0795">
      <w:r>
        <w:t>:36 It also depends on what risk. Are we talking about the ultimate social value or the risk in terms of... Project viability.</w:t>
      </w:r>
    </w:p>
    <w:p w14:paraId="05456383" w14:textId="77777777" w:rsidR="00B17F2E" w:rsidRDefault="003B0795">
      <w:r>
        <w:t>:51 Or is it is it risk to the bottom line or is it risk to the projects and not being developed? Yeah, it is it is a risk to in both of them. It's a tiny risk. That's why it's small.</w:t>
      </w:r>
    </w:p>
    <w:p w14:paraId="52075043" w14:textId="77777777" w:rsidR="00B17F2E" w:rsidRDefault="003B0795">
      <w:r>
        <w:t>:07 Because I don't see it holding a project up. It just is. Something that will make it more painful. So, I mean, if if you're looking at a regular, just that'll still be like a very light Amber kind of thing, reputational risk and.</w:t>
      </w:r>
    </w:p>
    <w:p w14:paraId="7D9EF29A" w14:textId="77777777" w:rsidR="00B17F2E" w:rsidRDefault="003B0795">
      <w:r>
        <w:t>:26 We want to be seen as a developer that does, because the thing is, it could just be that they're facing a, there's so many ways of capturing your bytes, but that's not what you said, yeah.</w:t>
      </w:r>
    </w:p>
    <w:p w14:paraId="55CDFD19" w14:textId="77777777" w:rsidR="00B17F2E" w:rsidRDefault="003B0795">
      <w:r>
        <w:t>:38 Yeah.</w:t>
      </w:r>
    </w:p>
    <w:p w14:paraId="5A738B5C" w14:textId="77777777" w:rsidR="00B17F2E" w:rsidRDefault="003B0795">
      <w:r>
        <w:t>:42 As I said, is it a risk for where they have to raise capital? That is a risk.</w:t>
      </w:r>
    </w:p>
    <w:p w14:paraId="1DB63C1D" w14:textId="77777777" w:rsidR="00B17F2E" w:rsidRDefault="003B0795">
      <w:r>
        <w:t>:48 If it's a risk for the project, that's the question. It's who, isn't it? Yeah, it's who is going to realise that. Whose is the goal? So this is the this is the pre-funder, but in terms of the developer within this. So the developer will carry the risk, yes. Because the developer needs to raise the capital.</w:t>
      </w:r>
    </w:p>
    <w:p w14:paraId="732CE964" w14:textId="77777777" w:rsidR="00B17F2E" w:rsidRDefault="003B0795">
      <w:r>
        <w:t>:08 to get the fund to get the project off to line. So they will carry that risk at that point. At that time, it is risky, but they choose to ignore it. That will carry the risk of not meeting.</w:t>
      </w:r>
    </w:p>
    <w:p w14:paraId="1D029EC3" w14:textId="77777777" w:rsidR="00B17F2E" w:rsidRDefault="003B0795">
      <w:r>
        <w:t>:22 terms what funding comes, or getting the better funding mechanism behind them.</w:t>
      </w:r>
    </w:p>
    <w:p w14:paraId="08915504" w14:textId="77777777" w:rsidR="00B17F2E" w:rsidRDefault="003B0795">
      <w:r>
        <w:t>:30 Okay, so that's basically who carries the risk for social value. That's kind of mixed up in those terms. It's never really.</w:t>
      </w:r>
    </w:p>
    <w:p w14:paraId="4A773A71" w14:textId="77777777" w:rsidR="00B17F2E" w:rsidRDefault="003B0795">
      <w:r>
        <w:t>:40 Is, if you, if you look at it in the in the thing, they will fail to comply with what the funders need, yeah, so that's the risk.</w:t>
      </w:r>
    </w:p>
    <w:p w14:paraId="5B09DF89" w14:textId="77777777" w:rsidR="00B17F2E" w:rsidRDefault="003B0795">
      <w:r>
        <w:t>:49 So during the viability thing, the social value still the developer I think. Carries the risk.</w:t>
      </w:r>
    </w:p>
    <w:p w14:paraId="24D1667C" w14:textId="77777777" w:rsidR="00B17F2E" w:rsidRDefault="003B0795">
      <w:r>
        <w:t>:00 And then they, what tends to happen at that stage is we will start to get the specifics of what will impact the viability, local requirements, that's where the local site starts coming to it.</w:t>
      </w:r>
    </w:p>
    <w:p w14:paraId="1055631D" w14:textId="77777777" w:rsidR="00B17F2E" w:rsidRDefault="003B0795">
      <w:r>
        <w:t>:16 This is where the frameworks are. the frameworks are conceptualised or starting, they start to get, then the concept is kind of started up at that point.</w:t>
      </w:r>
    </w:p>
    <w:p w14:paraId="36C80EA0" w14:textId="77777777" w:rsidR="00B17F2E" w:rsidRDefault="003B0795">
      <w:r>
        <w:t>:32 and they kind of develop between viability and planning.</w:t>
      </w:r>
    </w:p>
    <w:p w14:paraId="33E5E7B8" w14:textId="77777777" w:rsidR="00B17F2E" w:rsidRDefault="003B0795">
      <w:r>
        <w:lastRenderedPageBreak/>
        <w:t>:38 In terms of viability, is are they they've got the pre-funding part of the viability? Are they looking at the other funding mechanisms that they're going to need at that point as well? They have been looking at pure finance a lot of time is like what's the planning risk, what's the yield risk? So they're looking at pure economic terms at that point. So if the social value element, if there is a planning risk,</w:t>
      </w:r>
    </w:p>
    <w:p w14:paraId="15F73E49" w14:textId="77777777" w:rsidR="00B17F2E" w:rsidRDefault="003B0795">
      <w:r>
        <w:t>:02 they will jump onto it. If it is something that they know where the development is going to come stock, they will do it.</w:t>
      </w:r>
    </w:p>
    <w:p w14:paraId="491D3216" w14:textId="77777777" w:rsidR="00B17F2E" w:rsidRDefault="003B0795">
      <w:r>
        <w:t>:13 So the question at that point, it is almost location based and depending on which authority they're dealing with and which localised element they're looking at.</w:t>
      </w:r>
    </w:p>
    <w:p w14:paraId="00175F58" w14:textId="77777777" w:rsidR="00B17F2E" w:rsidRDefault="003B0795">
      <w:r>
        <w:t>:28 Location and what do you say? Localized, because it's your neighbours, etc.</w:t>
      </w:r>
    </w:p>
    <w:p w14:paraId="1BB17548" w14:textId="77777777" w:rsidR="00B17F2E" w:rsidRDefault="003B0795">
      <w:r>
        <w:t>:34 that kind of feed into that social risk.</w:t>
      </w:r>
    </w:p>
    <w:p w14:paraId="01ED1B7C" w14:textId="77777777" w:rsidR="00B17F2E" w:rsidRDefault="003B0795">
      <w:r>
        <w:t>:38 So from the developer's point of view. They're going to develop those frameworks.</w:t>
      </w:r>
    </w:p>
    <w:p w14:paraId="00441A60" w14:textId="77777777" w:rsidR="00B17F2E" w:rsidRDefault="003B0795">
      <w:r>
        <w:t>:44 So that they can mitigate their planning. Yes. These people allowed to all have have.</w:t>
      </w:r>
    </w:p>
    <w:p w14:paraId="4FB47C70" w14:textId="77777777" w:rsidR="00B17F2E" w:rsidRDefault="003B0795">
      <w:r>
        <w:t>:52 said what the central value is because they want that really to in terms of their own reputation.</w:t>
      </w:r>
    </w:p>
    <w:p w14:paraId="5A16C1ED" w14:textId="77777777" w:rsidR="00B17F2E" w:rsidRDefault="003B0795">
      <w:r>
        <w:t>:01 So they also need to actually meet the field. Yeah, there is a, there has to be a financial case. Well, without that, it won't work. So the financial case is well established. We all know that that goes all the way through the project anyway.</w:t>
      </w:r>
    </w:p>
    <w:p w14:paraId="361A8A99" w14:textId="77777777" w:rsidR="00B17F2E" w:rsidRDefault="003B0795">
      <w:r>
        <w:t>:20 And...</w:t>
      </w:r>
    </w:p>
    <w:p w14:paraId="3343DFD5" w14:textId="77777777" w:rsidR="00B17F2E" w:rsidRDefault="003B0795">
      <w:r>
        <w:t>:22 This is the developer. Yeah. At the moment, the developer is... And this is the funder and the developer. I would say no, that's just the developer again, because the funder doesn't carry any risk at that point. So the funder doesn't seem to carry the risk until they actually own the asset.</w:t>
      </w:r>
    </w:p>
    <w:p w14:paraId="4DEEB676" w14:textId="77777777" w:rsidR="00B17F2E" w:rsidRDefault="003B0795">
      <w:r>
        <w:t>:43 So, at the moment, the developer, but the funder actually does this bit. The funder does that bit, but the risk is the developer's risk. OK.</w:t>
      </w:r>
    </w:p>
    <w:p w14:paraId="59DA9CAA" w14:textId="77777777" w:rsidR="00B17F2E" w:rsidRDefault="003B0795">
      <w:r>
        <w:t>:53 So that's the Holders risk. Yeah.</w:t>
      </w:r>
    </w:p>
    <w:p w14:paraId="32B910C2" w14:textId="77777777" w:rsidR="00B17F2E" w:rsidRDefault="003B0795">
      <w:r>
        <w:t>:57 That's the that developers risk. Effectively, although that's the funders requirement. The fund does have a reputational risk, actually. Yes, the final thing. Yeah, I mean, yeah, and that's the funders requirements more than the risk, the first element. Yeah.</w:t>
      </w:r>
    </w:p>
    <w:p w14:paraId="00C4A4A4" w14:textId="77777777" w:rsidR="00B17F2E" w:rsidRDefault="003B0795">
      <w:r>
        <w:t>:16 Okay, so...</w:t>
      </w:r>
    </w:p>
    <w:p w14:paraId="12ECE9F8" w14:textId="77777777" w:rsidR="00B17F2E" w:rsidRDefault="003B0795">
      <w:r>
        <w:t xml:space="preserve">:18 The viability stage is really just the developer, not council. Well, the council effectively will work as the approver in that case in terms of viability, because they basically get the say </w:t>
      </w:r>
      <w:r>
        <w:lastRenderedPageBreak/>
        <w:t>in whether that goes ahead or not. So the fund and the developer is still carrying the risk portion of it.</w:t>
      </w:r>
    </w:p>
    <w:p w14:paraId="25D88006" w14:textId="77777777" w:rsidR="00B17F2E" w:rsidRDefault="003B0795">
      <w:r>
        <w:t>:42 Basically, the council needs to be governed.</w:t>
      </w:r>
    </w:p>
    <w:p w14:paraId="7DB43C9B" w14:textId="77777777" w:rsidR="00B17F2E" w:rsidRDefault="003B0795">
      <w:r>
        <w:t>:46 Unless they were in a, unless they're a JB partner, which some counts tend to be.</w:t>
      </w:r>
    </w:p>
    <w:p w14:paraId="06860760" w14:textId="77777777" w:rsidR="00B17F2E" w:rsidRDefault="003B0795">
      <w:r>
        <w:t>:55 So, there's a little bit of...</w:t>
      </w:r>
    </w:p>
    <w:p w14:paraId="5ED5AFE3" w14:textId="77777777" w:rsidR="00B17F2E" w:rsidRDefault="003B0795">
      <w:r>
        <w:t>:58 Turning and throwing here a lot with.</w:t>
      </w:r>
    </w:p>
    <w:p w14:paraId="46C97247" w14:textId="77777777" w:rsidR="00B17F2E" w:rsidRDefault="003B0795">
      <w:r>
        <w:t>:02 Do you have your pre apps for that? Nice. They're at the planning stage.</w:t>
      </w:r>
    </w:p>
    <w:p w14:paraId="3931ED54" w14:textId="77777777" w:rsidR="00B17F2E" w:rsidRDefault="003B0795">
      <w:r>
        <w:t>:16 Social value.</w:t>
      </w:r>
    </w:p>
    <w:p w14:paraId="4B6A79B2" w14:textId="77777777" w:rsidR="00B17F2E" w:rsidRDefault="003B0795">
      <w:r>
        <w:t>:18 So at the planning stage, the risk, so this is the developer and the console at this point.</w:t>
      </w:r>
    </w:p>
    <w:p w14:paraId="4ECB74C2" w14:textId="77777777" w:rsidR="00B17F2E" w:rsidRDefault="003B0795">
      <w:r>
        <w:t>:29 So the risk primarily is from a council perspective, how do we put the social value elements and the elements that we need back as a council for allowing this, for permitting this development to go through?</w:t>
      </w:r>
    </w:p>
    <w:p w14:paraId="6E4B212C" w14:textId="77777777" w:rsidR="00B17F2E" w:rsidRDefault="003B0795">
      <w:r>
        <w:t>:44 Has that been articulated properly in the Section 106 agreement? From a developer point of view is, are those two onerous and can we actually achieve them?</w:t>
      </w:r>
    </w:p>
    <w:p w14:paraId="53448800" w14:textId="77777777" w:rsidR="00B17F2E" w:rsidRDefault="003B0795">
      <w:r>
        <w:t>:10 Yeah. So, the council says, basically, it's all one is 6 and a vote. Development says all the achievable, yeah.</w:t>
      </w:r>
    </w:p>
    <w:p w14:paraId="07223AF3" w14:textId="77777777" w:rsidR="00B17F2E" w:rsidRDefault="003B0795">
      <w:r>
        <w:t>:20 Turn to Social Bank.</w:t>
      </w:r>
    </w:p>
    <w:p w14:paraId="473C32AD" w14:textId="77777777" w:rsidR="00B17F2E" w:rsidRDefault="003B0795">
      <w:r>
        <w:t>:27 We're still, we're still not talking about impact. No, we're not.</w:t>
      </w:r>
    </w:p>
    <w:p w14:paraId="6B70EBBD" w14:textId="77777777" w:rsidR="00B17F2E" w:rsidRDefault="003B0795">
      <w:r>
        <w:t>:32 Because impact is realized, remember, is felt. Sorry, values realise impact is felt. So it has to be physically existing for the impact to come up. So social value, but I mean, between the risk is only is so here, actually, the real intertwining because the whole thing hangs around.</w:t>
      </w:r>
    </w:p>
    <w:p w14:paraId="6610AA25" w14:textId="77777777" w:rsidR="00B17F2E" w:rsidRDefault="003B0795">
      <w:r>
        <w:t>:51 The whole risk is about, is your social value, does it match in terms of how it's going to be measured? Is that right? Where am I barking down run complete the wrong tree?</w:t>
      </w:r>
    </w:p>
    <w:p w14:paraId="285C2A48" w14:textId="77777777" w:rsidR="00B17F2E" w:rsidRDefault="003B0795">
      <w:r>
        <w:t>:06 I think if the first two steps have kind of gone vaguely to plan, but planning in phase now with getting that section 106 to do what you want it to do is absolutely vital. Yeah.</w:t>
      </w:r>
    </w:p>
    <w:p w14:paraId="72CEC1A7" w14:textId="77777777" w:rsidR="00B17F2E" w:rsidRDefault="003B0795">
      <w:r>
        <w:t>:19 It seems to be.</w:t>
      </w:r>
    </w:p>
    <w:p w14:paraId="00E81809" w14:textId="77777777" w:rsidR="00B17F2E" w:rsidRDefault="003B0795">
      <w:r>
        <w:t>:22 assuming there's enough capacity in those first two steps in terms of goodwill, resources, money, etc., that then it's this negotiation between the stakeholders, the Section 106 is the vehicle for delivering it.</w:t>
      </w:r>
    </w:p>
    <w:p w14:paraId="62EEC831" w14:textId="77777777" w:rsidR="00B17F2E" w:rsidRDefault="003B0795">
      <w:r>
        <w:t>:41 And 106 is never to do with this. That's a separate agreement on if the developers signed up to it, they'll have a separate set of requirements.</w:t>
      </w:r>
    </w:p>
    <w:p w14:paraId="7D82DF1B" w14:textId="77777777" w:rsidR="00B17F2E" w:rsidRDefault="003B0795">
      <w:r>
        <w:lastRenderedPageBreak/>
        <w:t>:55 And this might be a plus plus because they may have something more in here than the section 106 because those other frameworks would something different, the thrive and the whatever. Yeah, I mean, to be honest, I think the thrive and the rest would have been one of the requirements on the council to say, again, you need to push this through. You need to have a framework to govern it.</w:t>
      </w:r>
    </w:p>
    <w:p w14:paraId="20B61C47" w14:textId="77777777" w:rsidR="00B17F2E" w:rsidRDefault="003B0795">
      <w:r>
        <w:t>:14 Yeah.</w:t>
      </w:r>
    </w:p>
    <w:p w14:paraId="056780E0" w14:textId="77777777" w:rsidR="00B17F2E" w:rsidRDefault="003B0795">
      <w:r>
        <w:t>:16 But unfortunately, by doing it that way.</w:t>
      </w:r>
    </w:p>
    <w:p w14:paraId="6EC7C3E0" w14:textId="77777777" w:rsidR="00B17F2E" w:rsidRDefault="003B0795">
      <w:r>
        <w:t>:20 And this is the difference between an LLDC versus a...</w:t>
      </w:r>
    </w:p>
    <w:p w14:paraId="00B2528D" w14:textId="77777777" w:rsidR="00B17F2E" w:rsidRDefault="003B0795">
      <w:r>
        <w:t>:25 thrive framework. LLDC, the council defined what the social value and the social impact measures should be.</w:t>
      </w:r>
    </w:p>
    <w:p w14:paraId="5415AD89" w14:textId="77777777" w:rsidR="00B17F2E" w:rsidRDefault="003B0795">
      <w:r>
        <w:t>:34 Red Cross, King Cross, they let the developer come up with something and accepted what they said.</w:t>
      </w:r>
    </w:p>
    <w:p w14:paraId="5EAF3118" w14:textId="77777777" w:rsidR="00B17F2E" w:rsidRDefault="003B0795">
      <w:r>
        <w:t>:40 That's the key distinction. So essentially. OK, so who's leading it? Who's where? Who's got the agency? Who's needing it? Yes, kind of critical isn't it? And and also.</w:t>
      </w:r>
    </w:p>
    <w:p w14:paraId="01FB403C" w14:textId="77777777" w:rsidR="00B17F2E" w:rsidRDefault="003B0795">
      <w:r>
        <w:t>:54 The council is more likely to come up with social impact.</w:t>
      </w:r>
    </w:p>
    <w:p w14:paraId="1EDC0176" w14:textId="77777777" w:rsidR="00B17F2E" w:rsidRDefault="003B0795">
      <w:r>
        <w:t>:59 To stop from social impact.</w:t>
      </w:r>
    </w:p>
    <w:p w14:paraId="7930C02B" w14:textId="77777777" w:rsidR="00B17F2E" w:rsidRDefault="003B0795">
      <w:r>
        <w:t>:03 to develop their framework.</w:t>
      </w:r>
    </w:p>
    <w:p w14:paraId="5E491A38" w14:textId="77777777" w:rsidR="00B17F2E" w:rsidRDefault="003B0795">
      <w:r>
        <w:t>:06 So pretty much measures social value in whatever way they can measure social value. But frameworks don't measure social impact. No, the thing is, they're supposed to measure social impact, but they're not purely. And this is what the question about the negative social value comes in is if we're developers, it's basically I'm checking my own homework kind of thing with the developer.</w:t>
      </w:r>
    </w:p>
    <w:p w14:paraId="357FC610" w14:textId="77777777" w:rsidR="00B17F2E" w:rsidRDefault="003B0795">
      <w:r>
        <w:t>:34 Yes, they are within disclosure laws and the rest, but it'll take someone to actually find where they've failed in the disclosure and misrepresented it. But to prove it, you've got to fight a big developer with deeper pockets of you. So they know that there's no comeback and it makes their reputation look brilliant because they've developed these two massive schemes.</w:t>
      </w:r>
    </w:p>
    <w:p w14:paraId="01DE26FD" w14:textId="77777777" w:rsidR="00B17F2E" w:rsidRDefault="003B0795">
      <w:r>
        <w:t>:56 and they can shout that they've ticked every box that they need to take. Whereas and then the LLDC, the developer actually is being held responsible because the framework has been developed by the local council and said, no, we need this from you. Without that, we consider this a failure. So something about our social impact, if you use social impact as a starting point to develop a framework, the framework then ends up in social value.</w:t>
      </w:r>
    </w:p>
    <w:p w14:paraId="428A5CDA" w14:textId="77777777" w:rsidR="00B17F2E" w:rsidRDefault="003B0795">
      <w:r>
        <w:t>:21 Exactly, we it is, but you never match this one. Yeah, it is, it's far more robust. That means you deliver true social impact, whereas if you do it the way that they've done it at King's Cross and Brent Cross. You will effectively stop at what?</w:t>
      </w:r>
    </w:p>
    <w:p w14:paraId="5118DFBA" w14:textId="77777777" w:rsidR="00B17F2E" w:rsidRDefault="003B0795">
      <w:r>
        <w:lastRenderedPageBreak/>
        <w:t>:37 benefit and what reputational and announcement we can get.</w:t>
      </w:r>
    </w:p>
    <w:p w14:paraId="424BCCD2" w14:textId="77777777" w:rsidR="00B17F2E" w:rsidRDefault="003B0795">
      <w:r>
        <w:t>:44 Out of this.</w:t>
      </w:r>
    </w:p>
    <w:p w14:paraId="70FD5D7E" w14:textId="77777777" w:rsidR="00B17F2E" w:rsidRDefault="003B0795">
      <w:r>
        <w:t>:47 And.</w:t>
      </w:r>
    </w:p>
    <w:p w14:paraId="42F8965F" w14:textId="77777777" w:rsidR="00B17F2E" w:rsidRDefault="003B0795">
      <w:r>
        <w:t>:49 Start Angela. But then if you start to carry on with these baseball hoops.</w:t>
      </w:r>
    </w:p>
    <w:p w14:paraId="55AD8E0E" w14:textId="77777777" w:rsidR="00B17F2E" w:rsidRDefault="003B0795">
      <w:r>
        <w:t>:59 Then there's a complete disconnect here. OK.</w:t>
      </w:r>
    </w:p>
    <w:p w14:paraId="7E2F9D3A" w14:textId="77777777" w:rsidR="00B17F2E" w:rsidRDefault="003B0795">
      <w:r>
        <w:t>:03 So, the risk.</w:t>
      </w:r>
    </w:p>
    <w:p w14:paraId="03AFBABA" w14:textId="77777777" w:rsidR="00B17F2E" w:rsidRDefault="003B0795">
      <w:r>
        <w:t>:05 Construction is the development companies? No, it's the contractors.</w:t>
      </w:r>
    </w:p>
    <w:p w14:paraId="079B2067" w14:textId="77777777" w:rsidR="00B17F2E" w:rsidRDefault="003B0795">
      <w:r>
        <w:t>:10 They've now transferred the risk on to the contractor because the contractor is now expected to developer. Yeah. Where does the developer go from developer to developer companies? Yeah. Usually after planning, just after planning in the middle. So these are the developer companies. Yeah, and that will move on and they will give the contract to a contractor.</w:t>
      </w:r>
    </w:p>
    <w:p w14:paraId="6536D70C" w14:textId="77777777" w:rsidR="00B17F2E" w:rsidRDefault="003B0795">
      <w:r>
        <w:t>:31 So they've transferred all risk, all design risk is now being transferred across, and with design risk goes social value risk.</w:t>
      </w:r>
    </w:p>
    <w:p w14:paraId="03E4DA14" w14:textId="77777777" w:rsidR="00B17F2E" w:rsidRDefault="003B0795">
      <w:r>
        <w:t>:38 Because essentially you're... But we've said that social value risk is now...</w:t>
      </w:r>
    </w:p>
    <w:p w14:paraId="7D8EE842" w14:textId="77777777" w:rsidR="00B17F2E" w:rsidRDefault="003B0795">
      <w:r>
        <w:t>:44 Yeah, there is a physical element. Local site. Yeah.</w:t>
      </w:r>
    </w:p>
    <w:p w14:paraId="6E71389D" w14:textId="77777777" w:rsidR="00B17F2E" w:rsidRDefault="003B0795">
      <w:r>
        <w:t>:50 Yeah, but wholly owned by the contractor. Yeah. Okay.</w:t>
      </w:r>
    </w:p>
    <w:p w14:paraId="0895DCFE" w14:textId="77777777" w:rsidR="00B17F2E" w:rsidRDefault="003B0795">
      <w:r>
        <w:t>:00 And that's a risk as well. That, that is a risk, yes, but usually entirely kind of the way the contracts are set up, so this is for the contractor.</w:t>
      </w:r>
    </w:p>
    <w:p w14:paraId="784BBCC9" w14:textId="77777777" w:rsidR="00B17F2E" w:rsidRDefault="003B0795">
      <w:r>
        <w:t>:13 But then we also said that at some point...</w:t>
      </w:r>
    </w:p>
    <w:p w14:paraId="0C9653EC" w14:textId="77777777" w:rsidR="00B17F2E" w:rsidRDefault="003B0795">
      <w:r>
        <w:t>:17 The funding had to achieve certain milestones, otherwise it wouldn't be released. So if you have a sort of a death on site here. No, they will have already released some of the funding, yet they can have implications for it and depending on what mechanisms have got in place.</w:t>
      </w:r>
    </w:p>
    <w:p w14:paraId="7E1E4399" w14:textId="77777777" w:rsidR="00B17F2E" w:rsidRDefault="003B0795">
      <w:r>
        <w:t>:37 But it's. Essentially what they've done at that point is the risk, any sort of risk is transferred down to the contractor. Yeah.</w:t>
      </w:r>
    </w:p>
    <w:p w14:paraId="6A142DA1" w14:textId="77777777" w:rsidR="00B17F2E" w:rsidRDefault="003B0795">
      <w:r>
        <w:t>:46 So this is a good patch. Yeah.</w:t>
      </w:r>
    </w:p>
    <w:p w14:paraId="23276CCE" w14:textId="77777777" w:rsidR="00B17F2E" w:rsidRDefault="003B0795">
      <w:r>
        <w:t>:50 But you should realise, you should feel it.</w:t>
      </w:r>
    </w:p>
    <w:p w14:paraId="3A85E338" w14:textId="77777777" w:rsidR="00B17F2E" w:rsidRDefault="003B0795">
      <w:r>
        <w:t>:55 And.</w:t>
      </w:r>
    </w:p>
    <w:p w14:paraId="3D6AA0A7" w14:textId="77777777" w:rsidR="00B17F2E" w:rsidRDefault="003B0795">
      <w:r>
        <w:t>:56 The funders.</w:t>
      </w:r>
    </w:p>
    <w:p w14:paraId="3EA2012F" w14:textId="77777777" w:rsidR="00B17F2E" w:rsidRDefault="003B0795">
      <w:r>
        <w:lastRenderedPageBreak/>
        <w:t>:00 We'll use that social impact. It's basically here, they have doing what you said. Yeah, but is that management company there? What does that say about the basket management? Yeah, so that's where the management company is. So then the handle was taking place at that point.</w:t>
      </w:r>
    </w:p>
    <w:p w14:paraId="68142BBB" w14:textId="77777777" w:rsidR="00B17F2E" w:rsidRDefault="003B0795">
      <w:r>
        <w:t>:19 That's management, yeah.</w:t>
      </w:r>
    </w:p>
    <w:p w14:paraId="68DEA5F5" w14:textId="77777777" w:rsidR="00B17F2E" w:rsidRDefault="003B0795">
      <w:r>
        <w:t>:24 This is the point of saying, Phil.</w:t>
      </w:r>
    </w:p>
    <w:p w14:paraId="40919FF7" w14:textId="77777777" w:rsidR="00B17F2E" w:rsidRDefault="003B0795">
      <w:r>
        <w:t>:28 Yeah.</w:t>
      </w:r>
    </w:p>
    <w:p w14:paraId="2DB29927" w14:textId="77777777" w:rsidR="00B17F2E" w:rsidRDefault="003B0795">
      <w:r>
        <w:t>:30 That's a point of sale for if it's a residential focus, yeah, that's the point of sale for them.</w:t>
      </w:r>
    </w:p>
    <w:p w14:paraId="37AA3F84" w14:textId="77777777" w:rsidR="00B17F2E" w:rsidRDefault="003B0795">
      <w:r>
        <w:t>:37 Where?</w:t>
      </w:r>
    </w:p>
    <w:p w14:paraId="19537655" w14:textId="77777777" w:rsidR="00B17F2E" w:rsidRDefault="003B0795">
      <w:r>
        <w:t>:39 The social value will stop to be realized.</w:t>
      </w:r>
    </w:p>
    <w:p w14:paraId="31EF6A61" w14:textId="77777777" w:rsidR="00B17F2E" w:rsidRDefault="003B0795">
      <w:r>
        <w:t>:43 So, if there is a good story to be had.</w:t>
      </w:r>
    </w:p>
    <w:p w14:paraId="48D0DA5D" w14:textId="77777777" w:rsidR="00B17F2E" w:rsidRDefault="003B0795">
      <w:r>
        <w:t>:46 in terms of social impact, they can leverage it at our point. So that's when it becomes a realised genuine value for the site. Again, going back to the lexicon example, they've got a social value. I mean, if you look at Bracknell 12 years ago, that town centre was dead. But that urban regeneration scheme, they were able to, I think they spent</w:t>
      </w:r>
    </w:p>
    <w:p w14:paraId="0F55F46F" w14:textId="77777777" w:rsidR="00B17F2E" w:rsidRDefault="003B0795">
      <w:r>
        <w:t>:09 200 odd million on it and they've realised they got back 750.</w:t>
      </w:r>
    </w:p>
    <w:p w14:paraId="6F8F0736" w14:textId="77777777" w:rsidR="00B17F2E" w:rsidRDefault="003B0795">
      <w:r>
        <w:t>:15 across a period of 10 years. That's an amazing deal. A lot of that was based on the good story they could come up with around the social value element.</w:t>
      </w:r>
    </w:p>
    <w:p w14:paraId="5D1487FE" w14:textId="77777777" w:rsidR="00B17F2E" w:rsidRDefault="003B0795">
      <w:r>
        <w:t>:27 And then the example of LLDC would be down to how happy the users are and how happy they are, which again, if they choose to sell it again, that's the value element that they can give us.</w:t>
      </w:r>
    </w:p>
    <w:p w14:paraId="77B21255" w14:textId="77777777" w:rsidR="00B17F2E" w:rsidRDefault="003B0795">
      <w:r>
        <w:t>:43 That.</w:t>
      </w:r>
    </w:p>
    <w:p w14:paraId="057638C6" w14:textId="77777777" w:rsidR="00B17F2E" w:rsidRDefault="003B0795">
      <w:r>
        <w:t>:45 Is section 106 this job yet?</w:t>
      </w:r>
    </w:p>
    <w:p w14:paraId="236CBB01" w14:textId="77777777" w:rsidR="00B17F2E" w:rsidRDefault="003B0795">
      <w:r>
        <w:t>:52 That's the last sort of control mechanism the council has.</w:t>
      </w:r>
    </w:p>
    <w:p w14:paraId="1D4EDC3F" w14:textId="77777777" w:rsidR="00B17F2E" w:rsidRDefault="003B0795">
      <w:r>
        <w:t>:58 After that, is all defect liability period, so our risk and central value intertwined.</w:t>
      </w:r>
    </w:p>
    <w:p w14:paraId="75643047" w14:textId="77777777" w:rsidR="00B17F2E" w:rsidRDefault="003B0795">
      <w:r>
        <w:t>:03 Hold on.</w:t>
      </w:r>
    </w:p>
    <w:p w14:paraId="1F9D1A5E" w14:textId="77777777" w:rsidR="00B17F2E" w:rsidRDefault="003B0795">
      <w:r>
        <w:t>:05 Are we talking down at all three?</w:t>
      </w:r>
    </w:p>
    <w:p w14:paraId="69094450" w14:textId="77777777" w:rsidR="00B17F2E" w:rsidRDefault="003B0795">
      <w:r>
        <w:t>:16 I mean, it seems basically, basically, clear that these people, social value, and it is avoiding these people about social value. The news.</w:t>
      </w:r>
    </w:p>
    <w:p w14:paraId="238EABCC" w14:textId="77777777" w:rsidR="00B17F2E" w:rsidRDefault="003B0795">
      <w:r>
        <w:t>:27 Sorry, so.</w:t>
      </w:r>
    </w:p>
    <w:p w14:paraId="336178D1" w14:textId="77777777" w:rsidR="00B17F2E" w:rsidRDefault="003B0795">
      <w:r>
        <w:lastRenderedPageBreak/>
        <w:t>:31 Yeah, and I think risk is one of the core components that shapes those different doodles. Yeah.</w:t>
      </w:r>
    </w:p>
    <w:p w14:paraId="3D64BD3F" w14:textId="77777777" w:rsidR="00B17F2E" w:rsidRDefault="003B0795">
      <w:r>
        <w:t>:38 the appetite for risk and what they're doing at those phases to manage this.</w:t>
      </w:r>
    </w:p>
    <w:p w14:paraId="5CBCF320" w14:textId="77777777" w:rsidR="00B17F2E" w:rsidRDefault="003B0795">
      <w:r>
        <w:t>:46 We got a big friends. Okay.</w:t>
      </w:r>
    </w:p>
    <w:p w14:paraId="57C7F947" w14:textId="77777777" w:rsidR="00B17F2E" w:rsidRDefault="003B0795">
      <w:r>
        <w:t>:49 So, the questions that we, which basis? The questions that we ask.</w:t>
      </w:r>
    </w:p>
    <w:p w14:paraId="2DB2ECCA" w14:textId="77777777" w:rsidR="00B17F2E" w:rsidRDefault="003B0795">
      <w:r>
        <w:t>:58 ourselves before we lost that.</w:t>
      </w:r>
    </w:p>
    <w:p w14:paraId="4432CC9C" w14:textId="77777777" w:rsidR="00B17F2E" w:rsidRDefault="003B0795">
      <w:r>
        <w:t>:02 Oh yeah, got some of them written down. Yeah. Here you go. We'd ask questions like,</w:t>
      </w:r>
    </w:p>
    <w:p w14:paraId="6BE06498" w14:textId="77777777" w:rsidR="00B17F2E" w:rsidRDefault="003B0795">
      <w:r>
        <w:t>:12 is that we're using the metaphor of the basketball hoop, won't we, and kind of huge setting the rules of this game.</w:t>
      </w:r>
    </w:p>
    <w:p w14:paraId="1A8018F3" w14:textId="77777777" w:rsidR="00B17F2E" w:rsidRDefault="003B0795">
      <w:r>
        <w:t>:23 Who is the referee?</w:t>
      </w:r>
    </w:p>
    <w:p w14:paraId="3F49F453" w14:textId="77777777" w:rsidR="00B17F2E" w:rsidRDefault="003B0795">
      <w:r>
        <w:t>:28 So he's enforcing those rules.</w:t>
      </w:r>
    </w:p>
    <w:p w14:paraId="132EEA06" w14:textId="77777777" w:rsidR="00B17F2E" w:rsidRDefault="003B0795">
      <w:r>
        <w:t>:35 Basically, who's got a control point?</w:t>
      </w:r>
    </w:p>
    <w:p w14:paraId="09D4A1CE" w14:textId="77777777" w:rsidR="00B17F2E" w:rsidRDefault="003B0795">
      <w:r>
        <w:t>:39 And how long will the game last? I think, because it might last at different times for different stakeholders, which it seems that because some people wish to exit at certain points, which is what I think it said. So basically, there isn't one length of the proper development. The development has different timelines for different people. Yeah.</w:t>
      </w:r>
    </w:p>
    <w:p w14:paraId="3D500319" w14:textId="77777777" w:rsidR="00B17F2E" w:rsidRDefault="003B0795">
      <w:r>
        <w:t>:59 and which is where if you look at, I mean, one thing is how the meaning of social values lost through that.</w:t>
      </w:r>
    </w:p>
    <w:p w14:paraId="4193B6D1" w14:textId="77777777" w:rsidR="00B17F2E" w:rsidRDefault="003B0795">
      <w:r>
        <w:t>:07 We then ask stuff about the strategy for playing the game. Are there any kind of, you know, set plays for tackling A106 agreement in terms of, you know. Very sort of council in the council and then. Yeah. They're advertised how much they want the development to happen. Yeah. If they don't want it to happen, they can probably be more robust. They're in a stronger position to bargain.</w:t>
      </w:r>
    </w:p>
    <w:p w14:paraId="5AD93682" w14:textId="77777777" w:rsidR="00B17F2E" w:rsidRDefault="003B0795">
      <w:r>
        <w:t>:30 And then they oppose it, yeah. I had one more trying to observe himself. When can certain players have the most impact?</w:t>
      </w:r>
    </w:p>
    <w:p w14:paraId="5A0CF71C" w14:textId="77777777" w:rsidR="00B17F2E" w:rsidRDefault="003B0795">
      <w:r>
        <w:t>:43 This again relates to the strategy of how the game is played, I think. Are we? Saying optimised impact.</w:t>
      </w:r>
    </w:p>
    <w:p w14:paraId="3E70DDDD" w14:textId="77777777" w:rsidR="00B17F2E" w:rsidRDefault="003B0795">
      <w:r>
        <w:t>:53 Yeah, OK. Yeah, I guess a positive impact, not a negative, well, and a negative impact, because if some people are...</w:t>
      </w:r>
    </w:p>
    <w:p w14:paraId="0AFC4852" w14:textId="77777777" w:rsidR="00B17F2E" w:rsidRDefault="003B0795">
      <w:r>
        <w:t>:01 are part of what you might see as an obstacle to achieving social value or social impact. And that's the challenge, isn't it? Yeah. Yeah. When I meant impact, I didn't mean social impact. It was most influenced, sort of thing. Yeah. And then we talked a little bit about success. What does a win look like?</w:t>
      </w:r>
    </w:p>
    <w:p w14:paraId="0B6F2DE3" w14:textId="77777777" w:rsidR="00B17F2E" w:rsidRDefault="003B0795">
      <w:r>
        <w:lastRenderedPageBreak/>
        <w:t>:16 And for whom?</w:t>
      </w:r>
    </w:p>
    <w:p w14:paraId="43400481" w14:textId="77777777" w:rsidR="00B17F2E" w:rsidRDefault="003B0795">
      <w:r>
        <w:t>:20 What does the draw look like? Then we start talking about penalties and getting the yellow card or the red card. We get then we kind of lost lost the plot though. Yeah, we run out of our football our football analogies, because neither of us are really that way inclined. How do we deal with the rubbish tackles? Well, yeah, what's unethical behaviour?</w:t>
      </w:r>
    </w:p>
    <w:p w14:paraId="09F994B2" w14:textId="77777777" w:rsidR="00B17F2E" w:rsidRDefault="003B0795">
      <w:r>
        <w:t>:41 Yeah, in this process, this is actually one of the key things that governs social value and social impact is the moral, ethical. Yeah, yeah, because if you look at the whole triple bottom line framework, if they call it that, the morality sits within the social element, right?</w:t>
      </w:r>
    </w:p>
    <w:p w14:paraId="46CA1D3F" w14:textId="77777777" w:rsidR="00B17F2E" w:rsidRDefault="003B0795">
      <w:r>
        <w:t>:00 It doesn't seem to be the environmental element to that extent, because a lot of that has been defined and as well documented. The governance is mostly how you do it. OK, yeah, yeah, I'm getting that for a reason. What why do we have a person with this on the hats? Yeah, it what project means that this has this has to be part of the development?</w:t>
      </w:r>
    </w:p>
    <w:p w14:paraId="52D0D6A6" w14:textId="77777777" w:rsidR="00B17F2E" w:rsidRDefault="003B0795">
      <w:r>
        <w:t>:22 Who says that that's a role that has to exist? Who?</w:t>
      </w:r>
    </w:p>
    <w:p w14:paraId="30C77333" w14:textId="77777777" w:rsidR="00B17F2E" w:rsidRDefault="003B0795">
      <w:r>
        <w:t>:25 The council, the planning developers, the developer, who? It's actually probably down to the funding body that's pushing that development. The funder. OK. Because that is likely to be a DFE funded site. OK. Or a government funded site. Yeah. Which will then require you to have.</w:t>
      </w:r>
    </w:p>
    <w:p w14:paraId="6E9B3DA5" w14:textId="77777777" w:rsidR="00B17F2E" w:rsidRDefault="003B0795">
      <w:r>
        <w:t>:46 Then it can also be, because another way to signed up for Apprenticeships and about helping the local community, one of the key source of value elements is how many people did we hire from the local community? Yeah, and who would it be hired, and that's when you get that person on board to basically. show that they're monitoring it and weights does a really good job to be fair. So, I mean, just sticking with weights for one second. So, the finished project could perform terribly in terms of social value</w:t>
      </w:r>
      <w:r>
        <w:t>. Waits, as a contractor, could have delivered wonderful social value in terms of employing people locally.</w:t>
      </w:r>
    </w:p>
    <w:p w14:paraId="5498E624" w14:textId="77777777" w:rsidR="00B17F2E" w:rsidRDefault="003B0795">
      <w:r>
        <w:t>:26 giving them Apprenticeships. It could be a long project where somebody comes in as a youngster and finishes as a fully qualified electrician. Yeah. And the social value of the project is generated from a contractor could be amazing. And what happened? But the finished project, the thing is a shambles. And that's where that's that what I would state that as a developers.</w:t>
      </w:r>
    </w:p>
    <w:p w14:paraId="08C1CF05" w14:textId="77777777" w:rsidR="00B17F2E" w:rsidRDefault="003B0795">
      <w:r>
        <w:t>:44 lost opportunity because they could have cashed in on that and they didn't. But that's then down to was that developing the right thing for that area? Yeah. Well, also, also, you know, how much social value, social impact is that actually delivered to one person? It's delivered a lot.</w:t>
      </w:r>
    </w:p>
    <w:p w14:paraId="0E2FA16D" w14:textId="77777777" w:rsidR="00B17F2E" w:rsidRDefault="003B0795">
      <w:r>
        <w:t>:02 But for the community, it hasn't. It hasn't. So as soon as it is it scalable, it's, but that brings the question of whether that development was correct. Yeah, yeah. And maybe there's a question here to say, well, who's setting the rules? Yeah, I've got who keeps the score and who sets the rules. Yeah, and yeah, it's good.</w:t>
      </w:r>
    </w:p>
    <w:p w14:paraId="54508553" w14:textId="77777777" w:rsidR="00B17F2E" w:rsidRDefault="003B0795">
      <w:r>
        <w:lastRenderedPageBreak/>
        <w:t>:22 I'm thinking back to when I worked on site and I was working in Weymouth in Dorset.</w:t>
      </w:r>
    </w:p>
    <w:p w14:paraId="301799DE" w14:textId="77777777" w:rsidR="00B17F2E" w:rsidRDefault="003B0795">
      <w:r>
        <w:t>:30 The M and E contractors came from Edinburgh. They flew down every week. Yeah, that's a bit stupid. But so that so that project would do nothing for the local community in terms of mechanical and electrical engineering expertise in the south of England. No. Or, you know, in the project around three years, it could have had Apprenticeships on it. It could have.</w:t>
      </w:r>
    </w:p>
    <w:p w14:paraId="1476B5E3" w14:textId="77777777" w:rsidR="00B17F2E" w:rsidRDefault="003B0795">
      <w:r>
        <w:t>:50 Yeah, and it did nothing. It could have upskilled the look, and it must have cost them more money. Yeah, it did madness.</w:t>
      </w:r>
    </w:p>
    <w:p w14:paraId="292C8FF2" w14:textId="77777777" w:rsidR="00B17F2E" w:rsidRDefault="003B0795">
      <w:r>
        <w:t>:57 And that's not sustainable either. No, it's not. And also now the only reason they will actually look and think about it is because it's not cost effective either. So that's the only reason. All of what we're reading at the moment is the one Principal governing thing behind it is.</w:t>
      </w:r>
    </w:p>
    <w:p w14:paraId="2D9AFF85" w14:textId="77777777" w:rsidR="00B17F2E" w:rsidRDefault="003B0795">
      <w:r>
        <w:t>:17 because it doesn't make financial sense or it makes financial sense. If you go back to your strong sustainability argument, the economics of it still defines what happens. Now, but the Kings Cross and Brent Cross example are good in the sense that</w:t>
      </w:r>
    </w:p>
    <w:p w14:paraId="2E496B88" w14:textId="77777777" w:rsidR="00B17F2E" w:rsidRDefault="003B0795">
      <w:r>
        <w:t>:34 You can see the extent to which developers want to cheque their own homework. They are choosing to use, they're cherry picking certain elements, ignoring certain elements. Yeah. If you've got LMDC, which is robustly kind of pretty much saying, right, this is what we set up to do because of what we're doing, this is how it's being monitored. and the frameworks for checking social value.</w:t>
      </w:r>
    </w:p>
    <w:p w14:paraId="51AF0E8E" w14:textId="77777777" w:rsidR="00B17F2E" w:rsidRDefault="003B0795">
      <w:r>
        <w:t>:58 The Thrive and the other one, whatever. They're really happening at the very end anyway, aren't they? Well, once the developments completed. Yeah. Well, Brent was still under construction. I think one of the they're still phasing it out. Well, I got to you. Sorry. No, no, you're right. But basically what they're doing is they're now being used. I would just call them primarily marketing tools. Yes.</w:t>
      </w:r>
    </w:p>
    <w:p w14:paraId="43CE48BC" w14:textId="77777777" w:rsidR="00B17F2E" w:rsidRDefault="003B0795">
      <w:r>
        <w:t>:21 OK, so there is no way of there is no formal mechanism for. They're interviewing people, you know, health, they're measuring health and people go to a park. So like movement sensors. Yeah, exactly. So the measures are so weak and there's something maybe around there to talk about. I mean, that's why exploring who sets the rules and who cheques them. I think it's quite valid because that actually will define what sort of social impact you actually end up with.</w:t>
      </w:r>
    </w:p>
    <w:p w14:paraId="5BC92465" w14:textId="77777777" w:rsidR="00B17F2E" w:rsidRDefault="003B0795">
      <w:r>
        <w:t>:50 So, things like...</w:t>
      </w:r>
    </w:p>
    <w:p w14:paraId="4E861733" w14:textId="77777777" w:rsidR="00B17F2E" w:rsidRDefault="003B0795">
      <w:r>
        <w:t>:54 So if we got wellbeing, we've got.</w:t>
      </w:r>
    </w:p>
    <w:p w14:paraId="0934D792" w14:textId="77777777" w:rsidR="00B17F2E" w:rsidRDefault="003B0795">
      <w:r>
        <w:t>:58 So these are the questions. Who's setting the rules? Who's the referee of the enforcement trailer? How long will the game last? What are the set plays? When can certain players or when do they have some boost or least impact? What does the win look like and for whom? What's unethical behaviour? Who decides on the officials like that?</w:t>
      </w:r>
    </w:p>
    <w:p w14:paraId="4B3EBFEC" w14:textId="77777777" w:rsidR="00B17F2E" w:rsidRDefault="003B0795">
      <w:r>
        <w:lastRenderedPageBreak/>
        <w:t>:17 Who sets the rules and who keeps the score? There's a kind, if our paper could actually just look at some of those questions. Yeah. I don't think other people are doing that. No. In the who sets the rules and who keeps the score, I think the answer seems to be nobody's doing anything from what I'm hearing either.</w:t>
      </w:r>
    </w:p>
    <w:p w14:paraId="4155B04E" w14:textId="77777777" w:rsidR="00B17F2E" w:rsidRDefault="003B0795">
      <w:r>
        <w:t>:37 that people are all talking about it and mobilising a really warm and cuddly narrative. But in actual fact, there's no object, no critical distance to what's going on. So you can't compare life for life with any projects. No, that's gone completely. That's impossible. You got apples here, you got grapes, your grapes there, a load of potatoes here.</w:t>
      </w:r>
    </w:p>
    <w:p w14:paraId="0F596593" w14:textId="77777777" w:rsidR="00B17F2E" w:rsidRDefault="003B0795">
      <w:r>
        <w:t>:57 You know, exactly, literally in the fruit and veg section, or meat and some meat here.</w:t>
      </w:r>
    </w:p>
    <w:p w14:paraId="739A6595" w14:textId="77777777" w:rsidR="00B17F2E" w:rsidRDefault="003B0795">
      <w:r>
        <w:t>:04 Sorry, it's not right. I'll make them for lunch. I'm more worried about what it'll basically kill the fat. So I'm basically going to have pure protein when I go back. I don't know how bad it was. What's pure protein? Steak. Broccoli. Broccoli is really good. Yeah, but the gas is what I'm worried about. I have to be locked in the office, locked through the tropics. We've got Wellbee. Yeah, we've got. What's the other one? Follow me or well something.</w:t>
      </w:r>
    </w:p>
    <w:p w14:paraId="0537F347" w14:textId="77777777" w:rsidR="00B17F2E" w:rsidRDefault="003B0795">
      <w:r>
        <w:t>:43 which have a stupid name. The other one, add another, add another. There are loads of them, they just come up with new names for you. Yeah, but one with Sprint Cross and one with, hang on, I put it on myself.</w:t>
      </w:r>
    </w:p>
    <w:p w14:paraId="4E7C9EDE" w14:textId="77777777" w:rsidR="00B17F2E" w:rsidRDefault="003B0795">
      <w:r>
        <w:t>:59 This is my 15-minute warning, everybody.</w:t>
      </w:r>
    </w:p>
    <w:p w14:paraId="1DE78DB5" w14:textId="77777777" w:rsidR="00B17F2E" w:rsidRDefault="003B0795">
      <w:r>
        <w:t>:03 So the only break, whatever it was, whatever it was. Okay, which one is supposed to measure social impact? Who developed these? Are these, were these developed by residents or were they developed by councils or have they all been developed by consultants? Because if there's a way to map</w:t>
      </w:r>
    </w:p>
    <w:p w14:paraId="5734112C" w14:textId="77777777" w:rsidR="00B17F2E" w:rsidRDefault="003B0795">
      <w:r>
        <w:t>:22 what they look like onto the picture we've got at the complex system, suddenly you realise that they're not worth anything. That was very neat to hear about. Did you see that? Look at Pippa square. You see that? It did what you tried to do. It did what you tried to do earlier. So are you saying my square wasn't even close to the square? That's why.</w:t>
      </w:r>
    </w:p>
    <w:p w14:paraId="0383BC93" w14:textId="77777777" w:rsidR="00B17F2E" w:rsidRDefault="003B0795">
      <w:r>
        <w:t>:44 So, if well be was developed by, it's a government thing. I can find out, but yeah, I'm just checking out. So, basically, they're consultant-led consultants on behalf of whom? Developer, developer. That's what I'm saying.</w:t>
      </w:r>
    </w:p>
    <w:p w14:paraId="6FE602FB" w14:textId="77777777" w:rsidR="00B17F2E" w:rsidRDefault="003B0795">
      <w:r>
        <w:t>:03 I will cheque the frame. I'll set the framework. I'll basically set a very big goal post. I'll put no goalkeeper in there. I'll score 10 goals on 10. Yeah. When I'm done, I'll pass that off to somebody else and then I'll disappear. So this is all social. This is. Oh, you were talking about what the HM Treasury have done, that the WellBe is HM Treasury's measure of social value. That is not the one they've used to bring cost. So that's. No, no, no, they haven't. One of these thrive and one of them used.</w:t>
      </w:r>
    </w:p>
    <w:p w14:paraId="660D3E22" w14:textId="77777777" w:rsidR="00B17F2E" w:rsidRDefault="003B0795">
      <w:r>
        <w:lastRenderedPageBreak/>
        <w:t>:34 something else. Yeah. So WellBe was done by, it's a SROI based, the social return on investment. Yes. So this isn't consultant loan. No, that is government loan. Well, that's Treasury. And that was supposed to be the definition of social return on investment.</w:t>
      </w:r>
    </w:p>
    <w:p w14:paraId="25158E5F" w14:textId="77777777" w:rsidR="00B17F2E" w:rsidRDefault="003B0795">
      <w:r>
        <w:t>:53 So, well bees on this side. Yeah, that's a institutional. And that.</w:t>
      </w:r>
    </w:p>
    <w:p w14:paraId="47039B31" w14:textId="77777777" w:rsidR="00B17F2E" w:rsidRDefault="003B0795">
      <w:r>
        <w:t>:00 Is supposed to be this is this, so this is social.</w:t>
      </w:r>
    </w:p>
    <w:p w14:paraId="706587FB" w14:textId="77777777" w:rsidR="00B17F2E" w:rsidRDefault="003B0795">
      <w:r>
        <w:t>:05 and the world we were supposed to be social.</w:t>
      </w:r>
    </w:p>
    <w:p w14:paraId="021E9895" w14:textId="77777777" w:rsidR="00B17F2E" w:rsidRDefault="003B0795">
      <w:r>
        <w:t>:09 Impact. Yeah, it's the adopted into HM Treasury's well-being appraisal guidance. Yes, well-being, yeah. Love, Pippa is on it now, look. Watching the squaring, squaring is showing off now. And that's it. Is that gout or government? Only for those who drink red water. There's a lot of me surround at them then. A terrible afternoon. Or gout. But don't have it.</w:t>
      </w:r>
    </w:p>
    <w:p w14:paraId="6AD02AEC" w14:textId="77777777" w:rsidR="00B17F2E" w:rsidRDefault="003B0795">
      <w:r>
        <w:t>:36 I think it will be one hell of a paper. A few clients might hate me off it as well. And you didn't get any other related hours in any way. So, we can get all this into thing and we've got a paper out of it, and we can start transfer. What?</w:t>
      </w:r>
    </w:p>
    <w:p w14:paraId="4F0B92AD" w14:textId="77777777" w:rsidR="00B17F2E" w:rsidRDefault="003B0795">
      <w:r>
        <w:t>:52 I've got very little I can contribute apart from thinking. I've got no sources and reading it very little.</w:t>
      </w:r>
    </w:p>
    <w:p w14:paraId="0A06D9D5" w14:textId="77777777" w:rsidR="00B17F2E" w:rsidRDefault="003B0795">
      <w:r>
        <w:t>:58 I know I actually have sources and will be a government body that will work with these sources. Yeah, but the paper has to be written by September. No, we are in a deadline because it's a special issue. Yeah, right. Yeah. So 5, 6000 words. It's not massive, but it's the depth and having the data to support this interesting argument and unpack it. I mean, a lot of this is.</w:t>
      </w:r>
    </w:p>
    <w:p w14:paraId="43DF71D5" w14:textId="77777777" w:rsidR="00B17F2E" w:rsidRDefault="003B0795">
      <w:r>
        <w:t>:19 is also governed and it's in public disclosures in public domain. You don't actually need interviews because a lot of these documents have to be produced and published as part of their social disclosure requirements. OK, and how much time do you actually have to think about this? Pretty much all the non brain capacity as we.</w:t>
      </w:r>
    </w:p>
    <w:p w14:paraId="6E1ECDB8" w14:textId="77777777" w:rsidR="00B17F2E" w:rsidRDefault="003B0795">
      <w:r>
        <w:t>:39 non-conscious thinking can be doing this. Okay, because it seems to me that if we know that we are doing, basically only 40% of my brain at work anyway, I don't, I'm defusing you more. If we're kind of starting to look at these things, and we're starting to look at the different mechanisms that people use, you know,</w:t>
      </w:r>
    </w:p>
    <w:p w14:paraId="2EC707C7" w14:textId="77777777" w:rsidR="00B17F2E" w:rsidRDefault="003B0795">
      <w:r>
        <w:t>:59 What mechanisms use for pre-funding finance during planning mobility and for this sort of the handover, and if you could just give us?</w:t>
      </w:r>
    </w:p>
    <w:p w14:paraId="2482218E" w14:textId="77777777" w:rsidR="00B17F2E" w:rsidRDefault="003B0795">
      <w:r>
        <w:t>:09 an idea of those. And we said in the abstract that we were going to compare Kings Cross, Brent Cross, LLDC and Amazon. Yeah. I think Amazon is a stage too far, unless you've got documents on it. Amazon have published a social impact study when they were doing, and it goes back to some of the principles they use to define the social impact. Which development is this? So this was when they were doing the headquarters, which is the one that is now in Seattle. It is the Seattle one. It is the Seattle one. B</w:t>
      </w:r>
      <w:r>
        <w:t xml:space="preserve">ut essentially what they did was they </w:t>
      </w:r>
      <w:r>
        <w:lastRenderedPageBreak/>
        <w:t>basically said that if what was the impact of them putting that headquarters across different neighbourhoods across America. And they went about it the right way and obviously</w:t>
      </w:r>
    </w:p>
    <w:p w14:paraId="2F4E0A45" w14:textId="77777777" w:rsidR="00B17F2E" w:rsidRDefault="003B0795">
      <w:r>
        <w:t>:48 Because it's an American company, they got 10 billion pound discount from Seattle, that's what they move there. But the principles of the study were very good and I think if we don't want to reference that study directly, but you know, because that study is very much out there in the public domain. So basically, we need to put, we need to get the data that supports.</w:t>
      </w:r>
    </w:p>
    <w:p w14:paraId="5FECD00E" w14:textId="77777777" w:rsidR="00B17F2E" w:rsidRDefault="003B0795">
      <w:r>
        <w:t>:10 This, I think, secondary data, yeah, that's out there.</w:t>
      </w:r>
    </w:p>
    <w:p w14:paraId="1AF6A4DF" w14:textId="77777777" w:rsidR="00B17F2E" w:rsidRDefault="003B0795">
      <w:r>
        <w:t>:16 And if and if that secondary data reveals who the pre-funders were, who the funders were, who the debt funders were. You can always find that out. Then I think that's a safe bet because that's in our control paper. Yes. Whereas, you know, empirical primary data is sometimes not.</w:t>
      </w:r>
    </w:p>
    <w:p w14:paraId="031FB530" w14:textId="77777777" w:rsidR="00B17F2E" w:rsidRDefault="003B0795">
      <w:r>
        <w:t>:36 Because let's face it, a lot of them will not want to speak about this either. No, indeed, it's very... I know that, like I said, related, I didn't know already ****** *** when they were asked the question about social impact at the BTrack conference.</w:t>
      </w:r>
    </w:p>
    <w:p w14:paraId="7276B26C" w14:textId="77777777" w:rsidR="00B17F2E" w:rsidRDefault="003B0795">
      <w:r>
        <w:t>:51 They didn't like it. No. Because all the others I didn't mention in their nest and legal and general are doing that a lot. They're working with the government quite closely and they've got a very nice sound framework that looks at all these elements.</w:t>
      </w:r>
    </w:p>
    <w:p w14:paraId="4EA7DE16" w14:textId="77777777" w:rsidR="00B17F2E" w:rsidRDefault="003B0795">
      <w:r>
        <w:t>:09 For the investment.</w:t>
      </w:r>
    </w:p>
    <w:p w14:paraId="18FFBE59" w14:textId="77777777" w:rsidR="00B17F2E" w:rsidRDefault="003B0795">
      <w:r>
        <w:t>:13 But again, it's because it's public sector money, they have to be capturing it.</w:t>
      </w:r>
    </w:p>
    <w:p w14:paraId="26361355" w14:textId="77777777" w:rsidR="00B17F2E" w:rsidRDefault="003B0795">
      <w:r>
        <w:t>:18 So the strings and the nooses that they could hold on that are kind of defined as to where the money comes from and who ultimately gets the product.</w:t>
      </w:r>
    </w:p>
    <w:p w14:paraId="039063CC" w14:textId="77777777" w:rsidR="00B17F2E" w:rsidRDefault="003B0795">
      <w:r>
        <w:t>:33 It's quite interesting if you think about the really well-developed design frameworks that support social well-being. Schools, the DFE framework is actually one of them.</w:t>
      </w:r>
    </w:p>
    <w:p w14:paraId="55513A43" w14:textId="77777777" w:rsidR="00B17F2E" w:rsidRDefault="003B0795">
      <w:r>
        <w:t>:47 Because they talk about everything from carbon dioxide monitoring in schools to the impact of lux levels in schools to daylight in classrooms, ventilation ratios in classrooms, all of that stuff is very, very, it's almost prescribed to them exactly what they need to do. Could you check? I've sent you this whiteboard. Could you cheque that you can actually open it, please? Yes, OK. Will any of this help you in your kind of world? Even if it's not something you present to people, it's kind of like rehears</w:t>
      </w:r>
      <w:r>
        <w:t>ing the argument, rehearsing the story, you know, recognising the madness of it all, etc. For leadership.</w:t>
      </w:r>
    </w:p>
    <w:p w14:paraId="2834FC2D" w14:textId="77777777" w:rsidR="00B17F2E" w:rsidRDefault="003B0795">
      <w:r>
        <w:t>:34 It's actually a thing that I've really, I've discovered recently. People actually listen to it. Yeah, but it's having those conversations with your peers or your subordinates or even your other directors, isn't it, around kind of like, but actually this works like this.</w:t>
      </w:r>
    </w:p>
    <w:p w14:paraId="13BB0A0A" w14:textId="77777777" w:rsidR="00B17F2E" w:rsidRDefault="003B0795">
      <w:r>
        <w:lastRenderedPageBreak/>
        <w:t>:52 Not just that, because you are also moving, hopefully, towards a new generation of investor clients. Let's face it, a lot of them are aware of this. The sort of old school and financial risk changes day on day. Now, obviously, markets are reacting again because apparently the US is attacking Iran again.</w:t>
      </w:r>
    </w:p>
    <w:p w14:paraId="097CE43F" w14:textId="77777777" w:rsidR="00B17F2E" w:rsidRDefault="003B0795">
      <w:r>
        <w:t>:12 Yes, yeah, yeah, which can't understand why, but only little bits of it. OK, so they have, so there's still a ceasefire, even in the bombing.</w:t>
      </w:r>
    </w:p>
    <w:p w14:paraId="174D0AB9" w14:textId="77777777" w:rsidR="00B17F2E" w:rsidRDefault="003B0795">
      <w:r>
        <w:t>:23 It's kind of like the social writing thing, isn't it? Yeah, go figure. Yes, I can see it, Pippa. Genius. I have it digitally on my laptop. How mad is that? I don't think I can invite you to this meeting, so I'm trying to work out how I can send this to you. That's brilliant. Surely I can save it now. Can you save that as a PDF? Save it. I'm also going to cheque how much this screen costs. What's your e-mail? AnkitSinghwatermangroupcom.</w:t>
      </w:r>
    </w:p>
    <w:p w14:paraId="4D5489BC" w14:textId="77777777" w:rsidR="00B17F2E" w:rsidRDefault="003B0795">
      <w:r>
        <w:t xml:space="preserve">I mean, generally, there's </w:t>
      </w:r>
      <w:proofErr w:type="gramStart"/>
      <w:r>
        <w:t>a one</w:t>
      </w:r>
      <w:proofErr w:type="gramEnd"/>
      <w:r>
        <w:t xml:space="preserve">, there's another </w:t>
      </w:r>
      <w:proofErr w:type="gramStart"/>
      <w:r>
        <w:t>people</w:t>
      </w:r>
      <w:proofErr w:type="gramEnd"/>
      <w:r>
        <w:t xml:space="preserve"> that's coming to me and it's sitting </w:t>
      </w:r>
      <w:proofErr w:type="gramStart"/>
      <w:r>
        <w:t>there.actually</w:t>
      </w:r>
      <w:proofErr w:type="gramEnd"/>
      <w:r>
        <w:t xml:space="preserve"> looking at the insurance element of this and how </w:t>
      </w:r>
      <w:proofErr w:type="gramStart"/>
      <w:r>
        <w:t>is that risk</w:t>
      </w:r>
      <w:proofErr w:type="gramEnd"/>
      <w:r>
        <w:t xml:space="preserve"> being transferred across. I mean, I think, I think our...</w:t>
      </w:r>
    </w:p>
    <w:p w14:paraId="3F34BF13" w14:textId="77777777" w:rsidR="00B17F2E" w:rsidRDefault="003B0795">
      <w:r>
        <w:t>:15 So, financial. Is there any other risk apart from? It is financial risk, yeah. The council says there's a risk. It doesn't actually materially improve things. Yeah. And the reputation risk, is it viewed anymore? I mean, there could be questions that we can leave the paper with. Well, you'd say that, but tarmac definitely, when they were trying to do, when they got had that, did you contribute to yourself? Not quite yet. No.</w:t>
      </w:r>
    </w:p>
    <w:sectPr w:rsidR="00B17F2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9816970">
    <w:abstractNumId w:val="8"/>
  </w:num>
  <w:num w:numId="2" w16cid:durableId="1870795442">
    <w:abstractNumId w:val="6"/>
  </w:num>
  <w:num w:numId="3" w16cid:durableId="1800033727">
    <w:abstractNumId w:val="5"/>
  </w:num>
  <w:num w:numId="4" w16cid:durableId="708996712">
    <w:abstractNumId w:val="4"/>
  </w:num>
  <w:num w:numId="5" w16cid:durableId="1271353591">
    <w:abstractNumId w:val="7"/>
  </w:num>
  <w:num w:numId="6" w16cid:durableId="1976256468">
    <w:abstractNumId w:val="3"/>
  </w:num>
  <w:num w:numId="7" w16cid:durableId="1314143666">
    <w:abstractNumId w:val="2"/>
  </w:num>
  <w:num w:numId="8" w16cid:durableId="1018045332">
    <w:abstractNumId w:val="1"/>
  </w:num>
  <w:num w:numId="9" w16cid:durableId="1644771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6072"/>
    <w:rsid w:val="00034616"/>
    <w:rsid w:val="0006063C"/>
    <w:rsid w:val="0012099F"/>
    <w:rsid w:val="0015074B"/>
    <w:rsid w:val="0029639D"/>
    <w:rsid w:val="00326F90"/>
    <w:rsid w:val="003B0795"/>
    <w:rsid w:val="00411448"/>
    <w:rsid w:val="006F2839"/>
    <w:rsid w:val="00727697"/>
    <w:rsid w:val="00925414"/>
    <w:rsid w:val="00AA1D8D"/>
    <w:rsid w:val="00B17F2E"/>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3781532-8F8C-45B6-8792-D00E119B0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14344</Words>
  <Characters>81761</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95914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Pippa Boyd</dc:creator>
  <cp:keywords/>
  <dc:description>generated by python-docx</dc:description>
  <cp:lastModifiedBy>Pippa Boyd</cp:lastModifiedBy>
  <cp:revision>2</cp:revision>
  <dcterms:created xsi:type="dcterms:W3CDTF">2026-07-22T13:54:00Z</dcterms:created>
  <dcterms:modified xsi:type="dcterms:W3CDTF">2026-07-22T13:54:00Z</dcterms:modified>
  <cp:category/>
</cp:coreProperties>
</file>